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16P/4/2025 z 21. 3. 2025</w:t>
      </w:r>
    </w:p>
    <w:p>
      <w:r>
        <w:t>Rozsudok Okresného súdu Poprad z 21. marca 2025, sp. zn. 16P/4/2025, ECLI:SK:OSPP:2025:8725200119.3</w:t>
      </w:r>
    </w:p>
    <w:p>
      <w:r>
        <w:t>Súd: Okresný súd Poprad</w:t>
      </w:r>
    </w:p>
    <w:p>
      <w:r>
        <w:t>Spisová značka: 16P/4/2025</w:t>
      </w:r>
    </w:p>
    <w:p>
      <w:r>
        <w:t>ECLI: ECLI:SK:OSPP:2025:8725200119.3</w:t>
      </w:r>
    </w:p>
    <w:p>
      <w:r>
        <w:t>Dátum vydania: 21.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16P/4/2025 8725200119 21. 03. 2025 JUDr. Dagmar Soliarová ECLI:SK:OSPP:2025:8725200119.3</w:t>
      </w:r>
    </w:p>
    <w:p>
      <w:r>
        <w:t>ROZSUDOK V MENE SLOVENSKEJ REPUBLIKY Okresný súd Poprad, sudkyňa JUDr. Dagmar Soliarová, vo veci mal. matku A. B., nar. XX.XX.XXXX, bytom C. XXX, zastúpená kolíznym opatrovníkom Úradom práce, soc. vecí a rodiny Kežmarok, dieťa rodičov: matka D. B., nar. XX.X.XXXX, bytom C. XXX a otec E. B., nar. XX.X.XXXX, bytom C. XXX, v konaní o priznanie rodičovských práv a povinností vo vzťahu k mal. D. F., nar. XX.XX.XXXX, bytom ako mal. matka, za účasti D. F., nar. XX.X.XXXX, bytom C. XX, zastúpený rodičmi E. F., nar. X.X.XXXX a A. F., nar. XX.X.XXXX, obaja bytom C. XX, takto rozhodol: I. Súd p r i z n á v a mal. matke A. B. rodičovské práva a povinnosti vo vzťahu k osobnej starostlivosti o mal. D. F., nar. XX. XX. XXXX počnúc dňom právoplatnosti rozsudku. II. Súd u s t a n o v u j e mal. D. F., nar. XX. XX. XXXX poručníka v osobe starej matky A. F., nar. XX. XX. XXXX, trvale bytom C. XX, ktorá bude dieťa zastupovať a spravovať jeho majetok.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https://www.kauzis.sk/judikatura/r/ECLI:SK:OSPP:2025:8725200119.3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