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14P/7/2025 z 25. 2. 2025</w:t>
      </w:r>
    </w:p>
    <w:p>
      <w:r>
        <w:t>Rozsudok Okresného súdu Poprad z 25. februára 2025, sp. zn. 14P/7/2025, ECLI:SK:OSPP:2025:8725200182.2</w:t>
      </w:r>
    </w:p>
    <w:p>
      <w:r>
        <w:t>Súd: Okresný súd Poprad</w:t>
      </w:r>
    </w:p>
    <w:p>
      <w:r>
        <w:t>Spisová značka: 14P/7/2025</w:t>
      </w:r>
    </w:p>
    <w:p>
      <w:r>
        <w:t>ECLI: ECLI:SK:OSPP:2025:8725200182.2</w:t>
      </w:r>
    </w:p>
    <w:p>
      <w:r>
        <w:t>Dátum vydania: 25.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14P/7/2025 8725200182 25. 02. 2025 JUDr. Marián Furman ECLI:SK:OSPP:2025:8725200182.2</w:t>
      </w:r>
    </w:p>
    <w:p>
      <w:r>
        <w:t>ROZSUDOK V MENE SLOVENSKEJ REPUBLIKY Okresný súd Poprad, sudca JUDr. Marián Furman, vo veci starostlivosti súdu o maloleté dieťa: A. B., nar. XX.XX.XXXX, bytom ako matka, zastúpený kolíznym opatrovníkom: Úrad práce, sociálnych vecí a rodiny Poprad, dieťa rodičov – matka: C. B., nar. XX.XX.XXXX, bytom D. XXXX/XX, XXX XX B. a otec: B. B., nar. XX.XX.XXXX, bytom E. X, XXX XX B., v konaní o zvýšenie výživného na maloleté dieťa, takto rozhodol: Schvaľuje rodičovskú dohodu v nasledovnom znení: I. M e n í rozsudok Okresného súdu Poprad č. k. 14P/123/2017 - 35 zo dňa 25.05.2018 tak, že z v y š u j e výživné zo strany otca pre maloleté dieťa: A. B., nar. XX.XX.XXXX zo sumy 130,- eur mesačne na sumu 210,- eur mesačne od 17.01.2025, ktoré je otec p o v i n n ý platiť matke vždy do 15. dňa v mesiaci vopred. II. Dlžné výživné za obdobie od 17.01.2025 do 28.02.2025 spolu vo výške 116,- eur je otec p o v i n n ý uhradiť do 15.03.2025 do rúk matky. III.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https://www.kauzis.sk/judikatura/r/ECLI:SK:OSPP:2025:8725200182.2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