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14P/8/2025 z 26. 2. 2025</w:t>
      </w:r>
    </w:p>
    <w:p>
      <w:r>
        <w:t>Rozsudok Okresného súdu Poprad z 26. februára 2025, sp. zn. 14P/8/2025, ECLI:SK:OSPP:2025:8725200216.2</w:t>
      </w:r>
    </w:p>
    <w:p>
      <w:r>
        <w:t>Súd: Okresný súd Poprad</w:t>
      </w:r>
    </w:p>
    <w:p>
      <w:r>
        <w:t>Spisová značka: 14P/8/2025</w:t>
      </w:r>
    </w:p>
    <w:p>
      <w:r>
        <w:t>ECLI: ECLI:SK:OSPP:2025:8725200216.2</w:t>
      </w:r>
    </w:p>
    <w:p>
      <w:r>
        <w:t>Dátum vydania: 26. 2. 2025</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Poprad 14P/8/2025 8725200216 26. 02. 2025 JUDr. Marián Furman ECLI:SK:OSPP:2025:8725200216.2</w:t>
      </w:r>
    </w:p>
    <w:p>
      <w:r>
        <w:t>ROZSUDOK V MENE SLOVENSKEJ REPUBLIKY Okresný súd Poprad, sudca JUDr. Marián Furman, vo veci starostlivosti súdu o maloletú matku A. B., nar. XX.XX.XXXX, bytom B. XXX/XX, XXX XX C. D., zastúpená kolíznym opatrovníkom: Úrad práce, sociálnych vecí a rodiny Poprad, dieťa rodičov – matka: E. B., nar. XX.XX.XXXX, bytom B. XXX/XX, XXX XX C. D. a otec: F. B., nar. XX.XX.XXXX, bytom B. XXX/XX, XXX XX C. D., v konaní začatom na návrh maloletej zastúpenej matkou o priznanie rodičovských práv a povinností vo vzťahu k osobnej starostlivosti o maloleté dieťa: G. H., nar. XX.XX.XXXX, bytom B. XXX/XX, XXX XX C. D. za účasti otca novonarodeného dieťaťa: G. H., nar. XX.XX.XXXX, bytom B. XXX/XX, XXX XX C. D., zastúpený rodičmi – matka: C. H., nar. XX.XX.XXXX, bytom B. XXX/XX, XXX XX C. D. a otec: G. H., nar. XX.XX.XXXX, bytom B. XXX/XX, XXX XX C. D., takto rozhodol: I. P r i z n á v a maloletej A. B., nar. XX.XX.XXXX, bytom B. XXX/XX, XXX XX C. D. rodičovské práva a u r č u j e povinnosti vo vzťahu k osobnej starostlivosti o maloletého G. H., nar. XX.XX.XXXX, zapísanom v knihe narodení matričného úradu Poprad vo zväzku 119, ročník 2024, na strane 47, pod poradovým číslom 1061. II. U s t a n o v u j e E. B., 28.01.1989, bytom B. XXX/XX, XXX XX C. D. za poručníka pre maloletého G. H., nar. XX.XX.XXXX, ktorá je oprávnená a povinná maloleté dieťa zastupovať, spravovať jeho majetok a dbať pri tom na pokyny súdu. III. U k l a d á poručníčke predkladať súdu správy o nakladaní majetku maloletého G. H., nar. XX.XX.XXXX do 30.12.2024. IV. Žiaden z účastníkov n e m á nárok na náhradu trov konania. odôvodnenie: Odôvodnenie 1. Podľa § 2 ods. 1 zákona č. 161/2015 Z. z. Civilný mimosporový poriadok (ďalej len „CMP“), na konania podľa tohto zákona sa použijú ustanovenia Civilného sporového poriadku, ak tento zákon neustanovuje inak. 2. Podľa § 221 zákona č. 160/2015 Z. z. Civilný sporový poriadok (ďalej len „CSP“), písomné vyhotovenie rozsudku nemusí obsahovať odôvodnenie, ak je na pojednávaní vyhlásený rozsudok za prítomnosti všetkých strán alebo ich zástupcov, ktorí sa vzdajú odvolania, alebo to ustanovuje tento zákon.</w:t>
      </w:r>
    </w:p>
    <w:p>
      <w:r>
        <w:t>3. Po vyhlásení rozsudku, jeho odôvodnení a poučení o opravnom prostriedku sa všetci účastníci konania vzdali práva podať proti tomuto rozsudku odvolanie, preto v súlade s ustanovením § 221 CSP v spojení s ustanovením § 2 ods. 1 CMP písomné vyhotovenie tohto rozsudku neobsahuje odôvodnenie. 4. O trovách konania rozhodol súd podľa § 52 CMP. Poučenie: Proti tomuto rozsudku odvolanie nie je prípustné, pretože účastníci konania sa tohto práva po vyhlásení rozsudku vzdali písomne do zápisnice o pojednávaní (§ 368 CSP).</w:t>
      </w:r>
    </w:p>
    <w:p/>
    <w:p>
      <w:r>
        <w:t>Zdroj: KAUZIS.SK – https://www.kauzis.sk/judikatura/r/ECLI:SK:OSPP:2025:8725200216.2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