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10P/8/2025 z 6. 3. 2025</w:t>
      </w:r>
    </w:p>
    <w:p>
      <w:r>
        <w:t>Rozsudok Okresného súdu Poprad z 6. marca 2025, sp. zn. 10P/8/2025, ECLI:SK:OSPP:2025:8725200220.2</w:t>
      </w:r>
    </w:p>
    <w:p>
      <w:r>
        <w:t>Súd: Okresný súd Poprad</w:t>
      </w:r>
    </w:p>
    <w:p>
      <w:r>
        <w:t>Spisová značka: 10P/8/2025</w:t>
      </w:r>
    </w:p>
    <w:p>
      <w:r>
        <w:t>ECLI: ECLI:SK:OSPP:2025:8725200220.2</w:t>
      </w:r>
    </w:p>
    <w:p>
      <w:r>
        <w:t>Dátum vydania: 6. 3.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10P/8/2025 8725200220 06. 03. 2025 JUDr. František Krasňan ECLI:SK:OSPP:2025:8725200220.2</w:t>
      </w:r>
    </w:p>
    <w:p>
      <w:r>
        <w:t>ROZSUDOK V MENE SLOVENSKEJ REPUBLIKY Okresný súd Poprad, sudcom JUDr. Františkom Krasňanom, vo veci starostlivosti o mal. dieťa: A. B., nar. XX.X.XXXX, bytom u matky, zast. opatrovníkom Úradom práce, sociálnych vecí a rodiny Poprad, dieťa rodičov: matka C. D., nar. XX.X.XXXX, trvale bytom E., t. č. bytom F. E., G. XX/XX, právne zastúpená: JUDr. Mária Dideková, advokátka so sídlom C., H. X a otec I. B., nar. XX.X.XXXX, bytom E., X. XXXX XXX/XX, právne zastúpený: JUDr. Ján Garaj, advokát so sídlom Poprad, Nám. sv. Egídia 42/97, v konaní začatom na návrh matky o úpravu rodičovských práv a povinností, takto rozhodol: I. Schvaľuje rodičovskú dohodu v tomto znení: Maloleté dieťa – A. B., nar. XX.X.XXXX sa zveruje do osobnej starostlivosti matky, pričom obaja rodičia ju budú zastupovať a spravovať jej majetok. Otec sa zaväzuje prispievať na výživu mal. A. sumou 150,- eur mesačne od 1.3.2025, a to vždy do 20. dňa v mesiaci vopred až do doby, kým sa nezmenia pomery. Otec je oprávnený stretávať sa s mal. A. každú nepárnu sobotu od 10:00 hod. do 14.00 hod. a jedenkrát mesačne v ľubovoľný piatok v mesiaci od 15:30 hod. do 19.00 hod. s tým, že otec po ukončení styku dieťa matke odovzdá v mieste jej bydliska. Matka je povinná dieťa na styk riadne pripraviť a odovzdať otcovi v mieste bydliska matky. 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w:t>
      </w:r>
    </w:p>
    <w:p>
      <w:r>
        <w:t>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https://www.kauzis.sk/judikatura/r/ECLI:SK:OSPP:2025:8725200220.2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