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10P/9/2025 z 28. 2. 2025</w:t>
      </w:r>
    </w:p>
    <w:p>
      <w:r>
        <w:t>Rozsudok Okresného súdu Poprad z 28. februára 2025, sp. zn. 10P/9/2025, ECLI:SK:OSPP:2025:8725200224.2</w:t>
      </w:r>
    </w:p>
    <w:p>
      <w:r>
        <w:t>Súd: Okresný súd Poprad</w:t>
      </w:r>
    </w:p>
    <w:p>
      <w:r>
        <w:t>Spisová značka: 10P/9/2025</w:t>
      </w:r>
    </w:p>
    <w:p>
      <w:r>
        <w:t>ECLI: ECLI:SK:OSPP:2025:8725200224.2</w:t>
      </w:r>
    </w:p>
    <w:p>
      <w:r>
        <w:t>Dátum vydania: 28.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10P/9/2025 8725200224 28. 02. 2025 JUDr. František Krasňan ECLI:SK:OSPP:2025:8725200224.2</w:t>
      </w:r>
    </w:p>
    <w:p>
      <w:r>
        <w:t>ROZSUDOK V MENE SLOVENSKEJ REPUBLIKY Okresný súd Poprad, sudcom JUDr. Františkom Krasňanom, vo veci starostlivosti o mal. deti - A. B., nar. XX.XX.XXXX a mal. A. B., nar. XX.XX.XXXX, bytom ako matka, zast. kolíznym opatrovníkom Úradom práce, sociálnych vecí a rodiny Poprad, deti rodičov: matka A. B., nar. XX.XX.XXXX, bytom C. XXXX/X, XXX XX D. a otec A. E., nar. XX.XX.XXXX, bytom F. XX, XXX XX D., v konaní začatom na návrh matky o úpravu rodičovských práv a povinností k mal. deťom, takto rozhodol: I. Schvaľuje rodičovskú dohodu v nasledovnom znení: Z v e r u j e maloleté deti: A. B., nar. XX.XX.XXXX a A. B., nar. XX.XX.XXXX do osobnej starostlivosti matky s tým, že obaja rodičia sú povinní a opravení ich zastupovať v bežných veciach a spravovať ich majetok. Zaväzuje otca prispievať na výživu mal. dieťaťa: A. B., nar. XX.XX.XXXX sumou 150,- eur mesačne a na výživu mal. dieťaťa: A. B., nar. XX.XX.XXXX sumou 200,- eur mesačne počnúc dňom 01.03.2025, ktoré je otec povinný platiť do rúk matky vždy do 15. dňa v mesiaci vopred. Styk otca s mal. deťmi sa neupravuje.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https://www.kauzis.sk/judikatura/r/ECLI:SK:OSPP:2025:8725200224.2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