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28P/8/2025 z 29. 5. 2025</w:t>
      </w:r>
    </w:p>
    <w:p>
      <w:r>
        <w:t>Rozsudok Okresného súdu Poprad z 29. mája 2025, sp. zn. 28P/8/2025, ECLI:SK:OSPP:2025:8725200310.2</w:t>
      </w:r>
    </w:p>
    <w:p>
      <w:r>
        <w:t>Súd: Okresný súd Poprad</w:t>
      </w:r>
    </w:p>
    <w:p>
      <w:r>
        <w:t>Spisová značka: 28P/8/2025</w:t>
      </w:r>
    </w:p>
    <w:p>
      <w:r>
        <w:t>ECLI: ECLI:SK:OSPP:2025:8725200310.2</w:t>
      </w:r>
    </w:p>
    <w:p>
      <w:r>
        <w:t>Dátum vydania: 29.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28P/8/2025 8725200310 29. 05. 2025 JUDr. Marián Furman ECLI:SK:OSPP:2025:8725200310.2</w:t>
      </w:r>
    </w:p>
    <w:p>
      <w:r>
        <w:t>ROZSUDOK V MENE SLOVENSKEJ REPUBLIKY Okresný súd Poprad, sudca JUDr. Marián Furman, vo veci starostlivosti súdu o maloleté dieťa: A. B., nar. XX.XX.XXXX, trvale bytom ako matka, t. č. Centrum pre deti a rodiny Spišská Belá, Továrenská 19/5, 059 01 Spišská Belá, zastúpený kolíznym opatrovníkom: Úrad práce, sociálnych vecí a rodiny Poprad, dieťa rodičov – matka: C. B., nar. XX.XX.XXXX, trvale bytom mesto Svit, XXX XX Svit, t. č. Občianske združenie Dobrý pastier, Gymnaziálna 4, 038 43 Kláštor pod Znievom a otec: neuvedený, za účasti Mesta Svit, v konaní o pozbavenie rodičovských práv k maloletému dieťaťu, takto rozhodol: I. P o z b a v u j e C. B., nar. X.X.XXXX, t. č. OZ Dobrý pastier, Gymnaziálna 4, 038 43 Kláštor pod Znievom rodičovských práv k mal. A. B., nar. X.X.XXXX, zapísaného v knihe narodení matričného úradu Kežmarok, vo zväzku 97, ročník 2024, na strane 139, pod poradovým číslom 387. II. U s t a n o v u j e Mesto Svit za poručníka pre mal. A. B., nar. X.X.XXXX, a rodiny Spišská Belá, Továrenská 19/5, 059 01 Spišská Belá.</w:t>
      </w:r>
    </w:p>
    <w:p>
      <w:r>
        <w:t>t. č. Centrum pre deti</w:t>
      </w:r>
    </w:p>
    <w:p>
      <w:r>
        <w:t>III. Žiaden z účastníkov nemá právo na náhradu trov konania. odôvodnenie: 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 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 4. O trovách konania rozhodol súd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https://www.kauzis.sk/judikatura/r/ECLI:SK:OSPP:2025:8725200310.2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