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16P/16/2025 z 11. 4. 2025</w:t>
      </w:r>
    </w:p>
    <w:p>
      <w:r>
        <w:t>Rozsudok Okresného súdu Poprad z 11. apríla 2025, sp. zn. 16P/16/2025, ECLI:SK:OSPP:2025:8725200422.2</w:t>
      </w:r>
    </w:p>
    <w:p>
      <w:r>
        <w:t>Súd: Okresný súd Poprad</w:t>
      </w:r>
    </w:p>
    <w:p>
      <w:r>
        <w:t>Spisová značka: 16P/16/2025</w:t>
      </w:r>
    </w:p>
    <w:p>
      <w:r>
        <w:t>ECLI: ECLI:SK:OSPP:2025:8725200422.2</w:t>
      </w:r>
    </w:p>
    <w:p>
      <w:r>
        <w:t>Dátum vydania: 11.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16P/16/2025 8725200422 11. 04. 2025 JUDr. Dagmar Soliarová ECLI:SK:OSPP:2025:8725200422.2</w:t>
      </w:r>
    </w:p>
    <w:p>
      <w:r>
        <w:t>ROZSUDOK V MENE SLOVENSKEJ REPUBLIKY Okresný súd Poprad, pracovisko Kežmarok, sudca JUDr. Dagmar Soliarová, v právnej veci mal. navrhovateľky: A. B., nar. XX.X.XXXX, bytom C. D., E. F. XX/XXX, zastúpená rodičmi: matka A. B., nar. XX.X.XXXX a otec G. B., nar. X.X.XXXX, obaja bytom C. D., E. F. XX/XXX, za účasti snúbenca: H. I., nar. XX.X.XXXX, bytom C. D., E. F. XX/XX, v konaní o povolenie uzavrieť manželstvo, takto rozhodol: I. Súd p o v o ľ u j e mal. A. B., nar. XX. XX. XXXX v J. , C. D. , E. F. XX/XXX, dcére rodičov - matky A. B., nar. XX. XX. XXXX a otca G. B., nar. XX. XX. XXXX, uzavrieť manželstvo so snúbencom H. I., nar. XX. XX. XXXX v J. ,bytom Veľká Lomnica, Nový dvor 58/73. II. Žiaden z účastníkov n e m á nárok na náhradu trov konania. odôvodnenie: 1. Podľa § 221 CSP písomné vyhotovenie rozsudku nemusí obsahovať odôvodnenie, ak a) je na pojednávaní vyhlásený rozsudok za prítomnosti všetkých strán alebo ich zástupcov, ktorí sa vzdajú odvolania alebo b) to ustanovuje tento zákon. 2. Podľa § 221 písm. a) Civilného sporového poriadku s poukazom na § 2 ods. 1 Civilného mimosporového poriadku rozsudok neobsahuje odôvodnenie, nakoľko rozsudok bol vyhlásený na pojednávaní za prítomnosti všetkých účastníkov konania a títo sa vzdali odvolania. 3. O trovách konania rozhodol podľa § 52 Civilného mimosporového poriadku. Poučenie: Proti tomuto rozsudku odvolanie nie je prípustné, pretože účastníci konania sa tohto práva po vyhlásení rozsudku vzdali písomne do zápisnice o pojednávaní (§ 368 CSP).</w:t>
      </w:r>
    </w:p>
    <w:p/>
    <w:p>
      <w:r>
        <w:t>Zdroj: KAUZIS.SK – https://www.kauzis.sk/judikatura/r/ECLI:SK:OSPP:2025:8725200422.2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