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16Pc/6/2025 z 25. 4. 2025</w:t>
      </w:r>
    </w:p>
    <w:p>
      <w:r>
        <w:t>Rozsudok Okresného súdu Poprad z 25. apríla 2025, sp. zn. 16Pc/6/2025, ECLI:SK:OSPP:2025:8725200583.2</w:t>
      </w:r>
    </w:p>
    <w:p>
      <w:r>
        <w:t>Súd: Okresný súd Poprad</w:t>
      </w:r>
    </w:p>
    <w:p>
      <w:r>
        <w:t>Spisová značka: 16Pc/6/2025</w:t>
      </w:r>
    </w:p>
    <w:p>
      <w:r>
        <w:t>ECLI: ECLI:SK:OSPP:2025:8725200583.2</w:t>
      </w:r>
    </w:p>
    <w:p>
      <w:r>
        <w:t>Dátum vydania: 25. 4.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16Pc/6/2025 8725200583 25. 04. 2025 JUDr. Dagmar Soliarová ECLI:SK:OSPP:2025:8725200583.2</w:t>
      </w:r>
    </w:p>
    <w:p>
      <w:r>
        <w:t>ROZSUDOK V MENE SLOVENSKEJ REPUBLIKY Okresný súd Poprad, sudkyňa JUDr. Dagmar Soliarová, navrhovateľky – manželky: A. B., C. D., nar. XX.XX.XXXX, bytom E. A. B. XXXX/X, XXX XX F., právne zast.: JUDr. Dávid Hoffman, advokát so sídlom ul. Hlavné námestie č. 80, 060 01 Kežmarok, IČO: 43 207 073, a odporcu – manžela: A. B., nar. XX.XX.XXXX, bytom ul. A. B. XXXX/X, XXX XX F., právne zastúpený Mgr. Martinou Vladikovou, advokátkou, Kežmarok, Štúrova 2660/32, v konaní o rozvod manželstva s prísl., rozhodol: I. Súd manželstvo účastníkov konania A. B., nar. XX.XX.XXXX a A. B., C. D., nar. XX.X.XXXX, uzavreté dňa 6.5.2006, zapísané v knihe manželstiev matričného úradu F., vo zväzku 20, ročník 2006, na strane 182, pod poradovým číslom 38, r o z v á d z a . II. Žiaden z účastníkov</w:t>
      </w:r>
    </w:p>
    <w:p>
      <w:r>
        <w:t>nemá</w:t>
      </w:r>
    </w:p>
    <w:p>
      <w:r>
        <w:t>nárok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1.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1. O trovách konania rozhodol podľa § 52 CMP. Poučenie: Proti tomuto rozsudku odvolanie nie je prípustné, pretože účastníci konania sa tohto práva po vyhlásení rozsudku vzdali písomne do zápisnice o pojednávaní (§ 368 CSP). Manžel, ktorý pri uzavretí manželstva prijal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https://www.kauzis.sk/judikatura/r/ECLI:SK:OSPP:2025:8725200583.2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