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27Pc/10/2025 z 12. 6. 2025</w:t>
      </w:r>
    </w:p>
    <w:p>
      <w:r>
        <w:t>Rozsudok Okresného súdu Poprad z 12. júna 2025, sp. zn. 27Pc/10/2025, ECLI:SK:OSPP:2025:8725201619.1</w:t>
      </w:r>
    </w:p>
    <w:p>
      <w:r>
        <w:t>Súd: Okresný súd Poprad</w:t>
      </w:r>
    </w:p>
    <w:p>
      <w:r>
        <w:t>Spisová značka: 27Pc/10/2025</w:t>
      </w:r>
    </w:p>
    <w:p>
      <w:r>
        <w:t>ECLI: ECLI:SK:OSPP:2025:8725201619.1</w:t>
      </w:r>
    </w:p>
    <w:p>
      <w:r>
        <w:t>Dátum vydania: 12.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27Pc/10/2025 8725201619 12. 06. 2025 JUDr. Monika Heldáková ECLI:SK:OSPP:2025:8725201619.1</w:t>
      </w:r>
    </w:p>
    <w:p>
      <w:r>
        <w:t>ROZSUDOK V MENE SLOVENSKEJ REPUBLIKY Okresný súd Poprad v konaní pred sudkyňou JUDr. Monikou Heldákovou v právnej veci manžela: A. B., nar. XX. XX. XXXX, trvale bytom C. XXX/XX, XXX XX C. a manželky: D. B., nar. XX. XX. XXXX, trvale bytom C. XXX/XX, XXX XX C., na návrh manžela o rozvod manželstva, takto rozhodol: I. Manželstvo manžela A. B., nar. XX. XX. XXXX a manželky D. B., E. F., nar. XX. XX. XXXX, uzavreté dňa 13. 04. 1991 v Kežmarku, zapísané v knihe manželstiev Matričného úradu Kežmarok, vo zväzku 16, ročník 1991, na strane 75, pod poradovým číslom 37, r o z v á d z a . II. Žiaden z účastníkov n e m á n á r o k na náhradu trov konania. odôvodnenie: 1. Podľa § 2 ods. 1 a 2 zákona č. 161/2015 Z. z. Civilného mimosporového poriadku v platnom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platnom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w:t>
      </w:r>
    </w:p>
    <w:p/>
    <w:p>
      <w:r>
        <w:t>Zdroj: KAUZIS.SK – https://www.kauzis.sk/judikatura/r/ECLI:SK:OSPP:2025:8725201619.1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