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21C/60/2025 z 8. 10. 2025</w:t>
      </w:r>
    </w:p>
    <w:p>
      <w:r>
        <w:t>Rozsudok Okresného súdu Poprad z 8. októbra 2025, sp. zn. 21C/60/2025, ECLI:SK:OSPP:2025:8725202893.2</w:t>
      </w:r>
    </w:p>
    <w:p>
      <w:r>
        <w:t>Súd: Okresný súd Poprad</w:t>
      </w:r>
    </w:p>
    <w:p>
      <w:r>
        <w:t>Spisová značka: 21C/60/2025</w:t>
      </w:r>
    </w:p>
    <w:p>
      <w:r>
        <w:t>ECLI: ECLI:SK:OSPP:2025:8725202893.2</w:t>
      </w:r>
    </w:p>
    <w:p>
      <w:r>
        <w:t>Dátum vydania: 8. 10. 2025</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Poprad 21C/60/2025 8725202893 08. 10. 2025 JUDr. Alexandra Mochnacká ECLI:SK:OSPP:2025:8725202893.2</w:t>
      </w:r>
    </w:p>
    <w:p>
      <w:r>
        <w:t>ROZSUDOK V MENE SLOVENSKEJ REPUBLIKY Okresný súd Poprad v konaní pred sudkyňou JUDr. Alexandrou Mochnackou v právnej veci žalobcu: Horská záchranná služba, so sídlom Horný Smokovec 52, 062 Vysoké Tatry, IČO: 37 879 693, právne zastúpený: Mgr. Lucia Lorenčíková, advokátka, Murgašova 86/1, 058 01 Poprad, IČO: 50 053 167, proti žalovanému: A. A., nar. XX.XX.XXXX, bytom XXX XX B. C., o zaplatenie sumy 206,96 eur s príslušenstvom, takto rozhodol: I. Žalovaný j e p o v i n n ý zaplatiť žalobcovi sumu 206,96 eur, s 9,25 % ročným úrokom z omeškania zo sumy 206,96 eur od 23.07.2024 do zaplatenia, a to všetko do 3 dní od právoplatnosti tohto rozsudku. II. Žalobcovi p r i z n á v a voči žalovanému náhradu trov konania v plnom rozsahu s tým, že súd rozhodne o trovách konania uznesením po právoplatnosti tohto rozsudku. odôvodnenie: 1. Žalobca sa návrhom na vydanie platobného rozkazu podaným tunajšiemu súdu dňa 06.08.2025 domáhal uloženia povinnosti žalovanému zaplatiť sumu 206,96 eur s 9,25 % ročným úrokom z omeškania z dlžnej sumy od 23.07.2024 do zaplatenia a náhrady trov konania. 2. Svoj nárok odôvodnil tým, že podľa Záznamu o zásahu Horskej záchrannej služby zo dňa 18.05.2024 žalovaný v Slovenskom raji vyčerpaný zablúdil a nevedel, kde sa nachádzal, záchranári ho našli na Malej Poľane, transportovali ho späť na Hrabušickú Pílu. V súvislosti s vyššie uvedenou záchrannou činnosťou žalovanému vystavil fakturované náklady spojené s výkonom záchrannej činnosti v zmysle § 11 ods. 2 písm. e) zákon č. 544/2002 Z. z. o Horskej záchrannej službe, faktúrou č. 9670009105 zo dňa 07.06.2024, splatnou dňa 22.07.2024 v celkovej výške 206,96 eur. Žalovaný napriek faktúre, opakovaným výzvam a predžalobnej výzve nárok neuhradil v lehote splatnosti. 3. Žalovanému sa nepodarilo doručiť na jeho známu adresu žalobu s prílohami, s uznesením na vyjadrenie spolu s poučením, preto súd v zmysle § 116 ods. 2 Civilného sporového poriadku (ďalej len CSP) v platnom znení zverejnil Oznámenie o podanej žalobe na úradnej tabuli a webovej stránke súdu. Uplynutím lehoty 15 dní od zverejnenia sa žaloba považuje za doručenú. 4. Podľa § 297 písm. b) Civilného sporového poriadku (ďalej len CSP), súd na prejednanie sporu nariadi pojednávanie. Pojednávanie nie je potrebné nariadiť, ak ide iba o otázku jednoduchého právneho posúdenia veci, skutkové tvrdenia strán nie sú sporné a hodnota sporu bez príslušenstva neprevyšuje 1.000,- eur. 5. Vykonaným dokazovaním najmä listinnými dôkazmi, ktoré tvoria obsah spisu, súd zistil nasledovný skutkový a právny stav vo veci:</w:t>
      </w:r>
    </w:p>
    <w:p>
      <w:r>
        <w:t>6. Žalobca je štátnou rozpočtovou organizáciou, ktorá na vymedzenom území v Slovenskej republike vykonáva záchrannú činnosť, jej zriadenie a činnosť upravuje zákon č. 544/2002 Z. z. o Horskej záchrannej službe. 7. Podľa Záznamu o zásahu zo dňa 18.05.2024 žalovaný v Slovenskom raji vyčerpaný zablúdil a nevedel, kde sa nachádzal, záchranári ho našli na Malej Poľane, transportovali ho späť na Hrabušickú Pílu. V súvislosti s vyššie uvedenou záchrannou činnosťou žalovanému vystavil fakturované náklady spojené s výkonom záchrannej činnosti v zmysle § 11 ods. 2 písm. e) zákon č. 544/2002 Z. z. o Horskej záchrannej službe, faktúrou č. 9670009105 zo dňa 07.06.2024, splatnou dňa 22.07.2024 v celkovej výške 206,96 eur. Žalovaný napriek faktúre, opakovaným výzvam a predžalobnej výzve nárok neuhradil v lehote splatnosti. 8. Podľa § 2 ods. 1 zákona č. 544/2002 Z. z. o Horskej záchrannej službe v znení neskorších predpisov, zriaďuje sa horská služba ako štátna rozpočtová organizácia, ktorá na území vymedzenom týmto zákonom vykonáva záchrannú činnosť a plní ďalšie úlohy ustanovené týmto zákonom. 9. Podľa § 2a ods. 1 zákona č. 544/2002 Z. z. o Horskej záchrannej službe, záchranná činnosť na účely tohto zákona je vyhľadávanie a vyslobodzovanie osoby v tiesni, poskytovanie prvej pomoci osobe v tiesni a jej preprava k najbližšiemu dopravnému prostriedku zdravotníckeho zariadenia, prípadne do zdravotníckeho zariadenia. 10. Podľa § 4 ods. 1 písm. a) zákona č. 544/2002 Z. z. o Horskej záchrannej službe v znení neskorších predpisov, Horská služba v horských oblastiach najmä organizuje a vykonáva záchrannú činnosť pri záchrane osôb najmä v súčinnosti s leteckou záchrannou zdravotnou službou. 11. Podľa § 11 ods. 2 písm. b) zákona č. 544/2002 Z. z. o Horskej záchrannej službe v znení neskorších predpisov, osoba, ktorá sa nachádza v horskej oblasti, je povinná správať sa tak, aby neohrozovala vlastný život, zdravie a majetok alebo život a zdravie a majetok iných osôb. 12. Podľa § 11 ods. 2 písm. e) zákona č. 544/2002 Z. z. o Horskej záchrannej službe, osoba, ktorá sa nachádza v horskej oblasti, je povinná uhradiť horskej službe náklady spojené s výkonom záchrannej činnosti alebo s pátraním, ktoré sa jej týkajú; to neplatí, ak osoba nie je plnoletá, nemá spôsobilosť na právne úkony, alebo ide o náklady po osobe, ktorá zomrela pred záchrannou činnosťou alebo počas nej. 13. Podľa § 37e ods. 1 zákona č. 97/1963 Zb., o medzinárodnom práve súkromnom a procesnom v znení neskorších predpisov, účastníci si môžu na riešenie sporov za svojho zmluvného vzťahu alebo z nároku na náhradu škody založiť právomoc súdu dohodou. Ak sa účastníci nedohodli inak, je táto právomoc výlučná. Dohoda o právomoci je vylúčená v prípadoch uvedených v § 37d. 14. Podľa § 215 ods. 1 Civilného sporového poriadku (ďalej len CSP), súd rozhodne na základe zisteného skutkového stavu. 15. Z obsahu záznamu o zásahu Horskej záchrannej služby je zrejmé, že strany sporu si na riešenie sporov zo zmluvného vzťahu týkajúceho sa zásahu Horskej záchrannej služby dohodli právomoc slovenského súdu na konanie podľa § 37e ods. 1 zákona č. 97/1963 Zb. o medzinárodnom práve súkromnom a procesnom v znení neskorších predpisov. 16. Vykonaným dokazovaním, prostriedkami procesného útoku, keď žalovaný nepredložil žiadne prostriedky procesnej obrany, súd dospel k záveru, že žaloba je v plnom rozsahu dôvodná. Nebolo sporné, že žalobca vykonával pátraciu akciu na záchranu života a zdravia žalovaného. V súvislosti so záchrannou akciou nesporne vznikli žalobcovi náklady, ktoré si následne vyúčtoval faktúrou. Žalovaný po vykonaní akcie podpísal záznam o vykonaní pátracej akcie, zároveň uzavrel dohodu pre prípad nezaplatenia nákladov s vykonaním pátracej akcie o právomoci súdu Slovenskej republiky a miestnej príslušnosti Okresného súdu Poprad. Žalovaný splatnú faktúru žalobcu, ktorou žalobca vyfakturoval náklady spojené s vykonaním záchrannej akcie, nezaplatil, preto súd dospel k záveru, že žaloba je v plnom rozsahu dôvodná.</w:t>
      </w:r>
    </w:p>
    <w:p>
      <w:r>
        <w:t>17. Podľa § 121 ods. 3 Občianskeho zákonníka (ďalej len OZ), príslušenstvom pohľadávky sú úroky, úroky z omeškania, poplatok z omeškania a náklady spojené s jej uplatnením. 18. Podľa § 517 ods. 1 prvá veta OZ, dlžník, ktorý svoj dlh riadne a včas nesplní, je v omeškaní. 19. Podľa § 517 ods. 2 OZ, ak ide o omeškanie s plnením peňažného dlhu, má veriteľ právo požadovať od dlžníka popri plnení úroky z omeškania, ak nie je podľa toho zákona povinný platiť poplatok z omeškania; výšku úrokov z omeškania a poplatku z omeškania ustanovuje vykonávací predpis. 20. Podľa § 3 ods. 1 Nariadenia Vlády č. 87/1995 Z. z. výška úrokov z omeškania je o 8 percentuálnych bodov vyššia ako základná úroková sadzba Európskej centrálnej banky platná k prvému dňu omeškania s plnením peňažného dlhu. 21. Súd priznal žalobcovi úrok z omeškania v súlade s citovanou právnou úpravou, a to nasledujúcim dňom po splatnosti faktúry, kedy splatnosť nastala 22.07.2024. 22. Podľa § 251 CSP, trovy konania sú všetky preukázané, odôvodnené a účelne vynaložené výdavky, ktoré vzniknú v konaní v súvislosti s uplatňovaním alebo bránením práva. 23. Podľa § 255 ods. 1 CSP, súd prizná strane náhradu trov konania podľa pomeru jej úspechu vo veci. 24. V konaní bol úspešný žalobca, preto súd zaviazal neúspešného žalovaného na náhradu trov konania. 25. Podľa § 262 ods. 1, 2 CSP, o nároku na náhradu trov konania rozhodne aj bez návrhu súd v rozhodnutí, ktorým sa konanie končí. O výške náhrady trov konania rozhodne súd prvej inštancie po právoplatnosti rozhodnutia, ktorým sa konanie končí, samostatným uznesením, ktoré vydá súdny úradník. Poučenie: Proti tomuto rozsudku je možné podať odvolanie do 15 dní od doručenia rozsudku na tunajšom súde. V odvolaní sa popri všeobecných náležitostiach podania uvedie, proti ktorému rozhodnutiu smeruje, v akom rozsahu sa napáda, z akých dôvodov sa rozhodnutie považuje za nesprávne (odvolacie dôvody) a čoho sa odvolateľ domáha (odvolací návrh).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vyššie uvedenú, ak táto vada mala vplyv na rozhodnutie vo veci samej. Odvolacie dôvody a dôkazy na ich preukázanie možno meniť a dopĺňať len do uplynutia lehoty na podanie odvolania. Ak povinný dobrovoľne nesplní, čo mu ukladá vykonateľné rozhodnutie, oprávnený môže podať návrh na vykonanie exekúcie podľa osobitného zákona; ak ide o rozhodnutie, ktorým bola upravená starostlivosť</w:t>
      </w:r>
    </w:p>
    <w:p>
      <w:r>
        <w:t>o maloletého, styk s maloletým alebo iná ako peňažná povinnosť vo vzťahu k maloletému, oprávnený môže podať návrh na súdny výkon rozhodnutia.</w:t>
      </w:r>
    </w:p>
    <w:p/>
    <w:p>
      <w:r>
        <w:t>Zdroj: KAUZIS.SK – https://www.kauzis.sk/judikatura/r/ECLI:SK:OSPP:2025:8725202893.2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