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16P/85/2025 z 12. 12. 2025</w:t>
      </w:r>
    </w:p>
    <w:p>
      <w:r>
        <w:t>Rozsudok Okresného súdu Poprad z 12. decembra 2025, sp. zn. 16P/85/2025, ECLI:SK:OSPP:2025:8725204517.2</w:t>
      </w:r>
    </w:p>
    <w:p>
      <w:r>
        <w:t>Súd: Okresný súd Poprad</w:t>
      </w:r>
    </w:p>
    <w:p>
      <w:r>
        <w:t>Spisová značka: 16P/85/2025</w:t>
      </w:r>
    </w:p>
    <w:p>
      <w:r>
        <w:t>ECLI: ECLI:SK:OSPP:2025:8725204517.2</w:t>
      </w:r>
    </w:p>
    <w:p>
      <w:r>
        <w:t>Dátum vydania: 12. 12.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16P/85/2025 8725204517 12. 12. 2025 JUDr. Dagmar Soliarová ECLI:SK:OSPP:2025:8725204517.2</w:t>
      </w:r>
    </w:p>
    <w:p>
      <w:r>
        <w:t>ROZSUDOK V MENE SLOVENSKEJ REPUBLIKY Okresný súd Poprad, sudkyňa JUDr. Dagmar Soliarová, vo veci starostlivosti o mal. dieťa: A. B., nar. XX.XX.XXXX, bytom ako rodičia, zastúpený kolíznym opatrovníkom C. D. E., vyšším súdnym úradníkom Okresného súdu Poprad, dieťa rodičov: matka F. B., nar. XX.XX.XXXX, bytom F. G. XX/XX, XXX XX H. I. a otec C. B., nar. XX.XX.XXXX, bytom F. G. XX/XX, XXX XX H. I., v konaní na návrh Úradu práce, soc. vecí a rodiny Kežmarok, o nariadenie ústavnej starostlivosti, takto rozhodol: I. Súd n a r i a ď u j e u mal. dieťaťa: A. B., nar. X.XX.XXXX, ústavnú starostlivosť, ktorá sa bude realizovať v Reedukačnom centre Veľké Leváre. Tým sa zároveň m e n í výchovné opatrenie z pobytovej formy v zariadení na zabezpečenie odbornej pomoci, ktorá bola nariadená rozhodnutím tunajšieho súdu pod sp. zn. 16P/9/2025. II. Otec C. B. sa z a v ä z u j e prispievať na výživu mal. A. sumou 30% zo sumy životného minima na nezaopatrené dieťa mesačne počnúc dňom právoplatnosti tohto rozsudku, ktoré je otec p o v i n n ý platiť vždy do 20. dňa v mesiaci na účet Reedukačného centra Veľké Leváre. III. C. F. B. sa z a v ä z u j e prispievať na výživu mal. A. sumou 30% zo sumy životného minima na nezaopatrené dieťa mesačne počnúc dňom právoplatnosti tohto rozsudku, ktoré je matka povinná platiť vždy do 20. dňa v mesiaci na účet Reedukačného centra Veľké Leváre. IV.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https://www.kauzis.sk/judikatura/r/ECLI:SK:OSPP:2025:8725204517.2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