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24PPOm/1/2025 z 28. 1. 2026</w:t>
      </w:r>
    </w:p>
    <w:p>
      <w:r>
        <w:t>Uznesenie Okresného súdu Poprad z 28. januára 2026, sp. zn. 24PPOm/1/2025, ECLI:SK:OSPP:2026:8725011176.2</w:t>
      </w:r>
    </w:p>
    <w:p>
      <w:r>
        <w:t>Súd: Okresný súd Poprad</w:t>
      </w:r>
    </w:p>
    <w:p>
      <w:r>
        <w:t>Spisová značka: 24PPOm/1/2025</w:t>
      </w:r>
    </w:p>
    <w:p>
      <w:r>
        <w:t>ECLI: ECLI:SK:OSPP:2026:8725011176.2</w:t>
      </w:r>
    </w:p>
    <w:p>
      <w:r>
        <w:t>Dátum vydania: 28. 1. 2026</w:t>
      </w:r>
    </w:p>
    <w:p>
      <w:r>
        <w:t>Forma: Uznesenie</w:t>
      </w:r>
    </w:p>
    <w:p>
      <w:pPr>
        <w:pStyle w:val="Heading2"/>
      </w:pPr>
      <w:r>
        <w:t>Text rozhodnutia</w:t>
      </w:r>
    </w:p>
    <w:p>
      <w:r>
        <w:t>Súd: Spisová značka: Identifikačné číslo súdneho spisu: Dátum vydania rozhodnutia: Meno a priezvisko sudcu, VSÚ: ECLI:</w:t>
      </w:r>
    </w:p>
    <w:p>
      <w:r>
        <w:t>Okresný súd Poprad 24PPOm/1/2025 8725011176 28. 01. 2026 JUDr. Dušan Miškovčík ECLI:SK:OSPP:2026:8725011176.2</w:t>
      </w:r>
    </w:p>
    <w:p>
      <w:r>
        <w:t>Uznesenie 24PPOm/1/2025 Okresný súd Poprad v právnej veci starostlivosti súdu o maloletú o maloletú A. B., nar. XX.XX.XXXX, bytom obec Vrbov, dieťa rodičov: matky C. B., nar. XX.XX.XXXX, bytom obec D., E. F. B. XXX, XXX XX A., F. G., a otca A. B., nar. XX.XX.XXXX, zomr. XX.XX.XXXX, za účasti H. I., nar. XX.XX.XXXX, bytom C. J. XXX/XX, D., a Centra pre deti rodiny Poprad, so sídlom K. XX/XXXX, XXX XX K., o návrhu Úradu práce, sociálnych vecí rodiny Kežmarok o nariadenie neodkladného opatrenia, t a k t o rozhodol: 24PPOm/1/2025 I. Z r u š u j e s a neodkladné opatrenie Okresného súdu Poprad, č. k.: 24PPOm/1/2025-11 zo dňa 26.11.2025. odôvodnenie: 24PPOm/1/2025 1. Návrhom na zrušenie neodkladného opatrenia doručeným dňa 18.12.2025 sa navrhovateľ – Úrad práce, sociálnych vecí a rodiny Kežmarok domáhal zrušenia neodkladného opatrenia nariadeného uznesením Okresného súdu Poprad zo dňa 26.11.2025, č.k. 24PPOm/1/2025, pretože pominuli dôvody, pre ktoré bolo neodkladné opatrenie nariadené. 2. Uznesením Okresného súdu Poprad zo dňa 26.11.2025, č.k. 24PPOm/1/2025-11 súd dočasne, najdlhšie na dobu 6 mesiacov od nariadenia neodkladného opatrenia, zveril maloletú A. B., nar. XX.XX.XXXX do starostlivosti Centra pre deti a rodiny Poprad, so sídlom Pavlova 11/4375, Poprad. Dôvodom nariadenia neodkladného opatrenia bola, že navrhovateľ – Úrad práce, sociálnych vecí a rodiny Kežmarok, osvedčil, že maloletá sa ocitla bez potrebnej starostlivosti. Uznesením zo dňa 17.09.2025, sp. zn. 24P/121/2025, Okresný súd Poprad maloletú A. dočasne zveril do starostlivosti jej príbuznej – tety H. I., pretože maloletú spolu s jej sestrami matka zanechala u starej matky s tým, že ona sa už o svoje maloleté deti nebude starať a odišla na neznáme miesto. Teta maloletej prejavila ochotu tejto zabezpečiť všetku potrebnú starostlivosť, avšak z dôvodu, že nemala finančné prostriedky na to, aby maloletej adekvátnu starostlivosť poskytnúť vedela, maloletú dňa 26.11.2025 priniesla na Úrad práce, sociálnych vecí a rodiny v Kežmarku s tým, že sa o maloletú ďalej nemôže starať. 3. Dňa 16.12.2025 nadobudol právoplatnosť výrok uznesenia Okresného súdu Poprad zo dňa 17.09.2025, č.k. 24P/121/2025, ktorým súd nariadil neodkladné opatrenie a to dočasné odovzdanie maloletej A. B. do starostlivosti jej tety H. I. a to najviac na dobu 6 mesiacov od vykonateľnosti uznesenia o nariadení neodkladného opatrenia.</w:t>
      </w:r>
    </w:p>
    <w:p>
      <w:r>
        <w:t>4.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5. Podľa § 363 CMP súd môže aj bez návrhu zrušiť nariadené neodkladné opatrenie, ak sa zmenia pomery alebo ak odpadli dôvody, pre ktoré bolo nariadené. 6. Súd mal preukázané, že právoplatnosťou uznesenia o nariadení neodkladného opatrenia zo dňa 17.09.2025, č.k. 24P/121/2025 odpadol dôvod nariadenia neodkladného opatrenia vo veci 24PPOm/1/2025, pretože na základe tohto rozhodnutia súdu navrhovateľka – teta maloletej bola oprávnená prevziať do náhradnej starostlivosti maloletú A. B.. Pred tým ako uvedené uznesenie nadobudlo právoplatnosť, navrhovateľke, neprináležalo postavenie osoby zabezpečujúcej náhradnú starostlivosť maloletému dieťaťu a aj z tohto postavenia plynúce prostriedky na materiálne zabezpečenie náhradnej starostlivosti. Nakoľko odpadli dôvody, pre ktoré bola maloletá A. neodkladným opatrením zverená do starostlivosti Centra pre deti a rodiny Poprad, starostlivosť o maloletú môže prevziať jej teta, súd postupom podľa § 363 CMP neodkladné opatrenie nariadené uznesením Okresného súdu Poprad zo dňa 26.11.2025, č.k. 24PPOm/1/2025-11 zrušil. Poučenie: 24PPOm/1/2025 Proti tomuto uzneseniu možno podať odvolanie do 15 dní odo dňa jeho doručenia na Krajský súd v Prešove prostredníctvom Okresného súdu Poprad, písomne, v jednom vyhotovení. (§ 357 písm. a) a m)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https://www.kauzis.sk/judikatura/r/ECLI:SK:OSPP:2026:8725011176.2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