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15P/113/2025 z 14. 8. 2026</w:t>
      </w:r>
    </w:p>
    <w:p>
      <w:r>
        <w:t>Uznesenie Okresného súdu Poprad z 14. augusta 2026, sp. zn. 15P/113/2025, ECLI:SK:OSPP:2026:8725204577.2</w:t>
      </w:r>
    </w:p>
    <w:p>
      <w:r>
        <w:t>Súd: Okresný súd Poprad</w:t>
      </w:r>
    </w:p>
    <w:p>
      <w:r>
        <w:t>Spisová značka: 15P/113/2025</w:t>
      </w:r>
    </w:p>
    <w:p>
      <w:r>
        <w:t>ECLI: ECLI:SK:OSPP:2026:8725204577.2</w:t>
      </w:r>
    </w:p>
    <w:p>
      <w:r>
        <w:t>Dátum vydania: 14. 8.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15P/113/2025 8725204577 14. 08. 2026 JUDr. Dagmar Soliarová ECLI:SK:OSPP:2026:8725204577.2</w:t>
      </w:r>
    </w:p>
    <w:p>
      <w:r>
        <w:t>Uznesenie Okresný súd Poprad vo veci starostlivosti o mal. deti: A. B., nar. XX.XX.XXXX a C. B., nar. XX.XX.XXXX, bytom ako rodičia, deti rodičov: matka: D. B. E., nar. XX.XX.XXXX, bytom D. X, C. a otec: F. A., nar. XX.XX.XXXX, bytom D. X, C., v konaní začatom na návrh Úradu práce, sociálnych vecí a rodiny Poprad, v konaní o uloženie opakovaného výchovného opatrenia, takto rozhodol: I. Konanie z a s t a v u j e . II. Žiaden z účastníkov n e m á n á r o k na náhradu trov konania. odôvodnenie: 1. Navrhovateľ podal dňa 28.11.2025 návrh na vydanie opakovaného výchovného opatrenia. 2. Uznesením č. k. 15P/113/2025-10 zo dňa 02.12.2025, tunajší súd neodkladným opatrením uložil opakované výchovné opatrenie v zmysle § 37 ods. 3 písm. b) Zákona o rodine a umiestnil mal. deti do Centra pre deti a rodiny Poprad do špecializovanej skupiny so syndrómom CAN na zabezpečenie odbornej pomoci mal. deťom najdlhšie na dobu 6 mesiacov. Predmetné uznesenie nadobudlo právoplatnosť dňa 10.01.2026. 3. Podaním doručeným súdu dňa 17.08.2026 vzal navrhovateľ svoj návrh v celom rozsahu späť a žiadal konanie zastaviť z dôvodu, že mal. deti sa vrátili do domáceho prostredia a ďalšia realizácia predmetného výchovného opatrenia už nie je potrebná. 4. Podľa § 29 ods. 1 zákona č. 161/2015 Z. z. Civilný mimosporový poriadok (ďalej len "CMP") navrhovateľ môže počas konania zobrať návrh na začatie konania späť, a to celkom alebo sčasti. Ak je návrh vzatý späť celkom, súd konanie zastaví. Ak je návrh vzatý späť sčasti, súd konanie v tejto časti zastaví. 5. Podľa § 52 CMP, žiaden z účastníkov nemá nárok na náhradu trov konania, ak tento zákon neustanovuje inak. 6. Na základe citovaných ustanovení a na základe dispozitívneho úkonu navrhovateľa súd konanie v celom rozsahu zastavil. O trovách konania súd rozhodol v zmysle § 52 CMP. Poučenie: Proti tomuto uzneseniu je možné podať odvolanie do 15 dní od jeho doručenia na tomto súde ku Krajskému súdu v Prešove.</w:t>
      </w:r>
    </w:p>
    <w:p>
      <w:r>
        <w:t>V odvolaní sa popri všeobecných náležitostiach podania (§ 127 CSP)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https://www.kauzis.sk/judikatura/r/ECLI:SK:OSPP:2026:8725204577.2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