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24P/2/2026 z 12. 2. 2026</w:t>
      </w:r>
    </w:p>
    <w:p>
      <w:r>
        <w:t>Rozsudok Okresného súdu Poprad z 12. februára 2026, sp. zn. 24P/2/2026, ECLI:SK:OSPP:2026:8726200112.3</w:t>
      </w:r>
    </w:p>
    <w:p>
      <w:r>
        <w:t>Súd: Okresný súd Poprad</w:t>
      </w:r>
    </w:p>
    <w:p>
      <w:r>
        <w:t>Spisová značka: 24P/2/2026</w:t>
      </w:r>
    </w:p>
    <w:p>
      <w:r>
        <w:t>ECLI: ECLI:SK:OSPP:2026:8726200112.3</w:t>
      </w:r>
    </w:p>
    <w:p>
      <w:r>
        <w:t>Dátum vydania: 12.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24P/2/2026 8726200112 12. 02. 2026 JUDr. Dušan Miškovčík ECLI:SK:OSPP:2026:8726200112.3</w:t>
      </w:r>
    </w:p>
    <w:p>
      <w:r>
        <w:t>ROZSUDOK V MENE SLOVENSKEJ REPUBLIKY 24P/2/2026 Okresný súd Poprad v konaní pred sudcom JUDr. Dušanom Miškovčíkom v právnej veci starostlivosti súdu o maloleté deti A. B., nar. XX. XX. XXXX a A. B., nar. XX. XX. XXXX, obe trvale bytom ako matka, zastúpené procesným opatrovníkom: Úradom práce, sociálnych vecí a rodiny Kežmarok, dieťa rodičov – matky C. D., E. F., nar. XX. XX. XXXX, trvale bytom G., H. XXX/X, a otca I. B., nar. XX. XX. XXXX, trvale bytom C. J., K. XXX/XX, o návrhu matky na zvýšenie výživného k maloletým deťom, takto rozhodol: 24P/2/2026 I. S c h v a ľ u j e rodičovskú dohodu v nasledovnom znení: Mení rozsudok Okresného súdu Kežmarok sp. zn. KK-1P/53/2019 - 48 zo dňa 19. 08. 2019 v časti úpravy vyživovacej povinnosti tak, že zvyšuje výživné na mal. A. B., nar. XX. XX. XXXX zo sumy 100,- eur mesačne na sumu 200,- eur mesačne, a na mal. A. B., nar. XX. XX. XXXX zo sumy 100,- eur mesačne na sumu 200,- eur mesačne, ktoré je otec I. B., nar. XX. XX. XXXX povinný platiť vždy do 20. dňa v mesiaci vopred matke, odo dňa doručenia tohto rozhodnutia osobe povinnej z vyživovacej povinnosti. Dlžné výživné na mal. deti za obdobie od 12. 01. 2026 do 10. 02. 2026 vo výške 200,- eur s a otec z a v ä z u j e zaplatiť matke do 31. 03. 2026. II. Žiaden z účastníkov n e m á p r á v o na náhradu trov konania. odôvodnenie: 24P/2/2026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w:t>
      </w:r>
    </w:p>
    <w:p>
      <w:r>
        <w:t>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24P/2/2026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https://www.kauzis.sk/judikatura/r/ECLI:SK:OSPP:2026:8726200112.3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