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14P/15/2026 z 3. 3. 2026</w:t>
      </w:r>
    </w:p>
    <w:p>
      <w:r>
        <w:t>Rozsudok Okresného súdu Poprad z 3. marca 2026, sp. zn. 14P/15/2026, ECLI:SK:OSPP:2026:8726200367.3</w:t>
      </w:r>
    </w:p>
    <w:p>
      <w:r>
        <w:t>Súd: Okresný súd Poprad</w:t>
      </w:r>
    </w:p>
    <w:p>
      <w:r>
        <w:t>Spisová značka: 14P/15/2026</w:t>
      </w:r>
    </w:p>
    <w:p>
      <w:r>
        <w:t>ECLI: ECLI:SK:OSPP:2026:8726200367.3</w:t>
      </w:r>
    </w:p>
    <w:p>
      <w:r>
        <w:t>Dátum vydania: 3.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14P/15/2026 8726200367 03. 03. 2026 JUDr. Marián Furman ECLI:SK:OSPP:2026:8726200367.3</w:t>
      </w:r>
    </w:p>
    <w:p>
      <w:r>
        <w:t>ROZSUDOK V MENE SLOVENSKEJ REPUBLIKY Okresný súd Poprad, sudca JUDr. Marián Furman, vo veci navrhovateľky: A. B., C. D., nar.: 11.4.1979, trvale bytom E. XXXX/XX, F., právne zastúpená JUDr. Marcel Kohút, advokát so sídlom Nám. sv. Egídia 95, Poprad proti odporcovi: G. B., nar. XX.X.XXXX, trvale bytom E. XXXX/XX, F. v konaní o rozvod manželstva a úpravu rodičovských práv a povinností k mal. dieťaťu: H. G. B., nar. XX.X.XXXX, bytom ako rodičia, zast. Úradom práce sociálnych veci a rodiny Poprad, takto rozhodol: I. Manželstvo účastníkov konania: A. B., C. D., nar.: 11.4.1979 a G. B., nar. XX.X.XXXX, uzavreté dňa 23.5.1998 a zapísané v Knihe manželstiev matričného úradu F., vo zväzku 20, ročník 1998, na strane 56, pod poradovým číslom 100, r o z v á d z a. S c h v a ľ u j e rodičovskú dohodu v tomto znení: II. Z v e r u j e maloleté dieťa: H. G. B., nar. XX.X.XXXX do osobnej starostlivosti matky s tým, že obaja rodičia sú povinní a oprávnení ho zastupovať a spravovať jeho majetok. III. Z a v ä z u j e otca prispievať na výživu mal. dieťaťa: H. G. B. sumou 250,- eur mesačne, ktoré je otec povinný platiť do rúk matky vždy do 15. dňa v mesiaci vopred od právoplatnosti tohto rozsudku. IV. Styk otca s mal. dieťaťom n e u p r a v u j e. V. Žiaden z účastníkov</w:t>
      </w:r>
    </w:p>
    <w:p>
      <w:r>
        <w:t>nemá</w:t>
      </w:r>
    </w:p>
    <w:p>
      <w:r>
        <w:t>nárok na náhradu trov konania. odôvodnenie:</w:t>
      </w:r>
    </w:p>
    <w:p>
      <w:r>
        <w:t>1.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2.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3. O trovách konania rozhodol v zmysle § 52 CMP. Poučenie: Proti tomuto rozsudku je možné podať odvolanie do 15 dní od doručenia rozsudku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Účastník, ktorý sa vzdal práva odvolania, účinné odvolanie voči rozsudku podať nemôže.</w:t>
      </w:r>
    </w:p>
    <w:p/>
    <w:p>
      <w:r>
        <w:t>Zdroj: KAUZIS.SK – https://www.kauzis.sk/judikatura/r/ECLI:SK:OSPP:2026:8726200367.3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