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Okresného súdu Poprad sp. zn. 15P/16/2026 z 22. 9. 2026</w:t>
      </w:r>
    </w:p>
    <w:p>
      <w:r>
        <w:t>Rozsudok Okresného súdu Poprad z 22. septembra 2026, sp. zn. 15P/16/2026, ECLI:SK:OSPP:2026:8726200461.4</w:t>
      </w:r>
    </w:p>
    <w:p>
      <w:r>
        <w:t>Súd: Okresný súd Poprad</w:t>
      </w:r>
    </w:p>
    <w:p>
      <w:r>
        <w:t>Spisová značka: 15P/16/2026</w:t>
      </w:r>
    </w:p>
    <w:p>
      <w:r>
        <w:t>ECLI: ECLI:SK:OSPP:2026:8726200461.4</w:t>
      </w:r>
    </w:p>
    <w:p>
      <w:r>
        <w:t>Dátum vydania: 22. 9. 2026</w:t>
      </w:r>
    </w:p>
    <w:p>
      <w:r>
        <w:t>Forma: Rozsudok</w:t>
      </w:r>
    </w:p>
    <w:p>
      <w:r>
        <w:t>Oblasť práva: Rodinné právo</w:t>
      </w:r>
    </w:p>
    <w:p>
      <w:pPr>
        <w:pStyle w:val="Heading2"/>
      </w:pPr>
      <w:r>
        <w:t>Text rozhodnutia</w:t>
      </w:r>
    </w:p>
    <w:p>
      <w:r>
        <w:t>Súd: Spisová značka: Identifikačné číslo súdneho spisu: Dátum vydania rozhodnutia: Meno a priezvisko sudcu, VSÚ: ECLI:</w:t>
      </w:r>
    </w:p>
    <w:p>
      <w:r>
        <w:t>Okresný súd Poprad 15P/16/2026 8726200461 22. 09. 2026 JUDr. Dagmar Soliarová ECLI:SK:OSPP:2026:8726200461.4</w:t>
      </w:r>
    </w:p>
    <w:p>
      <w:r>
        <w:t>ROZSUDOK V MENE SLOVENSKEJ REPUBLIKY Okresný súd Poprad, sudkyňa JUDr. Dagmar Soliarová, vo veci starostlivosti o mal. dieta: A. B., nar. XX.XX.XXXX, bytom ako matka, zastúpený kolíznym opatrovníkom Úradom práce, sociálnych vecí a rodiny Poprad, dieťa rodičov: matka C. B., nar. XX.XX.XXXX, bytom B. XXXX/XX, XXX XX C. a otec D. E. F., nar. XX.XX.XXXX, bytom G. XXXX/X, XXX XX C., v konaní o návrhu otca na úpravu styku a návrhu matky na zvýšenie výživného, takto rozhodol: I. S c h v a ľ u j e rodičovskú dohodu v tomto znení: M e n í sa rozsudok Okresného súdu Poprad č. k. 15P/220/2019 - 283 zo dňa 1.3.2022 v spojení s rozsudkom Krajského súdu Prešov 4Cop/91/2022 - 349 zo dňa 28.2.2023 tak, že výživné zo strany otca D. E. F. sa z v y š u j e u mal. A. B. zo sumy 200,- eur mesačne na sumu 260,- eur mesačne, počnúc dňom 1.9.2026, ktoré výživné je otec povinný platiť k rukám matky vždy do 15. dňa v mesiaci. Tvorba úspor mal. dieťaťa ostáva nezmenená v sume 50,- eur mesačne v súlade s rozhodnutím Okresného súdu Poprad pod sp. zn. 15P/208/2018 - 66 zo dňa 6.2.2019 na osobitný účet mal. dieťaťa. Konanie o úpravu styku sa z a s t a v u j e. II. V prevyšujúcej časti súd konanie z a s t a v u j e. III. Žiaden z účastníkov n e m á nárok na náhradu trov konania. odôvodnenie: 1. Podľa § 221 C.s.p., písomné vyhotovenie rozsudku nemusí obsahovať odôvodnenie, ak je na pojednávaní vyhlásený rozsudok za prítomnosti všetkých strán alebo ich zástupcov, ktorí sa vzdajú odvolania, alebo to ustanovuje tento zákon. 2. Po vyhlásení rozhodnutia, jeho odôvodnení a poučení o opravnom prostriedku sa účastníci konania vzdali práva podať proti tomuto rozsudku odvolanie, preto v súlade s ust. § 221 C.s.p. v spojení s ust. § 2 ods. 1 Civilného mimosporového poriadku písomné vyhotovenie tohto rozsudku neobsahuje odôvodnenie.</w:t>
      </w:r>
    </w:p>
    <w:p>
      <w:r>
        <w:t>3. O trovách konania rozhodol podľa § 52 CMP. Poučenie: Proti tomuto rozsudku odvolanie nie je prípustné, pretože účastníci konania sa tohto práva po vyhlásení rozsudku vzdali písomne do zápisnice o pojednávaní (§ 368 CSP). Proti tomuto rozsudku v časti výroku o schválení dohody rodičov nie sú rodičia oprávnení podať odvolanie. ( § 122 CMP). Ak povinnosť uvedená vo výrokovej časti tohto rozsudku nebude plnená dobrovoľne, môže oprávnený podať návrh na výkon exekúcie podľa osobitného zákona (Exekučný poriadok). Ak ide o rozhodnutie, ktorým bola upravená starostlivosť o maloletého, styk s maloletým alebo iná ako peňažná povinnosť vo vzťahu k maloletému, môže oprávnený podať návrh na nariadenie výkonu rozhodnutia. Podľa § 44 CMP, rozsudky o výživnom sú vykonateľné doručením.</w:t>
      </w:r>
    </w:p>
    <w:p/>
    <w:p>
      <w:r>
        <w:t>Zdroj: KAUZIS.SK – https://www.kauzis.sk/judikatura/r/ECLI:SK:OSPP:2026:8726200461.4 (dáta aktuálne k 6.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