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14Em/2/2026 z 25. 2. 2026</w:t>
      </w:r>
    </w:p>
    <w:p>
      <w:r>
        <w:t>Uznesenie Okresného súdu Poprad z 25. februára 2026, sp. zn. 14Em/2/2026, ECLI:SK:OSPP:2026:8726200596.2</w:t>
      </w:r>
    </w:p>
    <w:p>
      <w:r>
        <w:t>Súd: Okresný súd Poprad</w:t>
      </w:r>
    </w:p>
    <w:p>
      <w:r>
        <w:t>Spisová značka: 14Em/2/2026</w:t>
      </w:r>
    </w:p>
    <w:p>
      <w:r>
        <w:t>ECLI: ECLI:SK:OSPP:2026:8726200596.2</w:t>
      </w:r>
    </w:p>
    <w:p>
      <w:r>
        <w:t>Dátum vydania: 25. 2. 2026</w:t>
      </w:r>
    </w:p>
    <w:p>
      <w:r>
        <w:t>Forma: Uznesenie</w:t>
      </w:r>
    </w:p>
    <w:p>
      <w:pPr>
        <w:pStyle w:val="Heading2"/>
      </w:pPr>
      <w:r>
        <w:t>Text rozhodnutia</w:t>
      </w:r>
    </w:p>
    <w:p>
      <w:r>
        <w:t>Súd: Spisová značka: Identifikačné číslo súdneho spisu: Dátum vydania rozhodnutia: Meno a priezvisko sudcu, VSÚ: ECLI:</w:t>
      </w:r>
    </w:p>
    <w:p>
      <w:r>
        <w:t>Okresný súd Poprad 14Em/2/2026 8726200596 25. 02. 2026 JUDr. Marián Furman ECLI:SK:OSPP:2026:8726200596.2</w:t>
      </w:r>
    </w:p>
    <w:p>
      <w:r>
        <w:t>Uznesenie Okresný súd Poprad vo veci starostlivosti súdu o maloleté dieťa: A. B., nar. XX.XX.XXXX, bytom ako rodičia, dieťa rodičov – matka: C. D. B., nar. XX.XX.XXXX, trvale bytom D. XXX/XX, XXX XX E. a otec: D. D. B., nar. XX.XX.XXXX, trvale bytom F. XXX/X, XXX XX G., o návrhu otca na výkon rozhodnutia, takto rozhodol: I. Konanie z a s t a v u j e. II. Žiaden z účastníkov n e m á nárok na náhradu trov konania. odôvodnenie: 1. Tunajšiemu súdu bol dňa 16.02.2026 doručený návrh otca na výkon rozhodnutia. 2. Na informatívnom výsluchu dňa 24.02.2026 zobral otec svoj návrh späť v celom rozsahu a žiadal konanie zastaviť.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Vzhľadom na charakter konania, prihliadnuc na späťvzatie návrhu otcom dospel súd k záveru, že sú splnené podmienky v zmysle citovaných ustanovení, a preto konanie zastavil. 7. O trovách konania súd rozhodol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https://www.kauzis.sk/judikatura/r/ECLI:SK:OSPP:2026:8726200596.2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