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Poprad sp. zn. 24P/37/2026 z 12. 5. 2026</w:t>
      </w:r>
    </w:p>
    <w:p>
      <w:r>
        <w:t>Rozhodnutie Okresného súdu Poprad z 12. mája 2026, sp. zn. 24P/37/2026, ECLI:SK:OSPP:2026:8726200764.1</w:t>
      </w:r>
    </w:p>
    <w:p>
      <w:r>
        <w:t>Súd: Okresný súd Poprad</w:t>
      </w:r>
    </w:p>
    <w:p>
      <w:r>
        <w:t>Spisová značka: 24P/37/2026</w:t>
      </w:r>
    </w:p>
    <w:p>
      <w:r>
        <w:t>ECLI: ECLI:SK:OSPP:2026:8726200764.1</w:t>
      </w:r>
    </w:p>
    <w:p>
      <w:r>
        <w:t>Dátum vydania: 12. 5. 2026</w:t>
      </w:r>
    </w:p>
    <w:p>
      <w:r>
        <w:t>Forma: Rozhodnutie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24P/37/2026 8726200764 12. 05. 2026 JUDr. Dušan Miškovčík ECLI:SK:OSPP:2026:8726200764.1</w:t>
      </w:r>
    </w:p>
    <w:p>
      <w:r>
        <w:t>Rozhodnutie 24P/37/2026 Okresný súd Poprad v konaní pred sudcom JUDr. Dušanom Miškovčíkom v právnej veci maloletej navrhovateľky: A. B., narodená XX.XX.XXXX, trvale bytom C. XXX/XX, D., dcéra E. B., narodeného XX.XX.XXXX a E. B., narodenej XX.XX.XXXX, obaja trvale bytom C. XXX/XX, D., za účasti snúbenca: F. G., narodený XX.XX.XXXX, trvale bytom H. XXX/X, I. o povolenie uzavrieť manželstvo rozhodol: 24P/37/2026 I. P o v o ľ u j e navrhovateľke maloletej A. B., narodenej XX.XX.XXXX, dcére rodičov - otca E. B., narodeného XX.XX.XXXX a matky E. B., narodenej XX.XX.XXXX uzavretie manželstva so snúbencom F. G., narodeným XX.XX.XXXX. II. Žiaden z účastníkov n e m á n á r o k na náhradu trov konania. odôvodnenie: 24P/37/2026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24P/37/2026 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https://www.kauzis.sk/judikatura/r/ECLI:SK:OSPP:2026:8726200764.1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