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10P/56/2026 z 6. 5. 2026</w:t>
      </w:r>
    </w:p>
    <w:p>
      <w:r>
        <w:t>Rozsudok Okresného súdu Poprad z 6. mája 2026, sp. zn. 10P/56/2026, ECLI:SK:OSPP:2026:8726201305.2</w:t>
      </w:r>
    </w:p>
    <w:p>
      <w:r>
        <w:t>Súd: Okresný súd Poprad</w:t>
      </w:r>
    </w:p>
    <w:p>
      <w:r>
        <w:t>Spisová značka: 10P/56/2026</w:t>
      </w:r>
    </w:p>
    <w:p>
      <w:r>
        <w:t>ECLI: ECLI:SK:OSPP:2026:8726201305.2</w:t>
      </w:r>
    </w:p>
    <w:p>
      <w:r>
        <w:t>Dátum vydania: 6.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10P/56/2026 8726201305 06. 05. 2026 JUDr. František Krasňan ECLI:SK:OSPP:2026:8726201305.2</w:t>
      </w:r>
    </w:p>
    <w:p>
      <w:r>
        <w:t>ROZSUDOK V MENE SLOVENSKEJ REPUBLIKY Okresný súd Poprad, sudcom JUDr. Františkom Krasňanom, vo veci starostlivosti o mal. A. B., nar. XX.XX.XXXX, bytom ako matka, zast. opatrovníkom Úradom práce, sociálnych vecí a rodiny Poprad, so sídlom Hraničná 13, 058 01 Poprad, dieťa rodičov: matky: A. B., nar. XX.XX.XXXX, trvale bytom C. XXX/XX, XXX XX D. E. a otca: F. B., nar. XX.XX.XXXX, trvale bytom C. XXX/XX, XXX XX D. E., v konaní začatom na návrh mal. matky, o priznanie rodičovských práv a povinností vo vzťahu k osobnej starostlivosti o mal. D. G., nar. XX.XX.XXXX, takto rozhodol: I. Súd p r i z n á v a mal. matke A. B., nar. XX.XX.XXXX rodičovské práva a určuje povinnosti vo vzťahu k osobnej starostlivosti o mal. D. G., nar. XX.XX.XXXX.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https://www.kauzis.sk/judikatura/r/ECLI:SK:OSPP:2026:8726201305.2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