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24P/72/2026 z 17. 7. 2026</w:t>
      </w:r>
    </w:p>
    <w:p>
      <w:r>
        <w:t>Rozsudok Okresného súdu Poprad z 17. júla 2026, sp. zn. 24P/72/2026, ECLI:SK:OSPP:2026:8726201628.2</w:t>
      </w:r>
    </w:p>
    <w:p>
      <w:r>
        <w:t>Súd: Okresný súd Poprad</w:t>
      </w:r>
    </w:p>
    <w:p>
      <w:r>
        <w:t>Spisová značka: 24P/72/2026</w:t>
      </w:r>
    </w:p>
    <w:p>
      <w:r>
        <w:t>ECLI: ECLI:SK:OSPP:2026:8726201628.2</w:t>
      </w:r>
    </w:p>
    <w:p>
      <w:r>
        <w:t>Dátum vydania: 17. 7. 2026</w:t>
      </w:r>
    </w:p>
    <w:p>
      <w:r>
        <w:t>Forma: Rozsudok</w:t>
      </w:r>
    </w:p>
    <w:p>
      <w:pPr>
        <w:pStyle w:val="Heading2"/>
      </w:pPr>
      <w:r>
        <w:t>Text rozhodnutia</w:t>
      </w:r>
    </w:p>
    <w:p>
      <w:r>
        <w:t>Súd: Spisová značka: Identifikačné číslo súdneho spisu: Dátum vydania rozhodnutia: Meno a priezvisko sudcu, VSÚ: ECLI:</w:t>
      </w:r>
    </w:p>
    <w:p>
      <w:r>
        <w:t>Okresný súd Poprad 24P/72/2026 8726201628 17. 07. 2026 JUDr. Dušan Miškovčík ECLI:SK:OSPP:2026:8726201628.2</w:t>
      </w:r>
    </w:p>
    <w:p>
      <w:r>
        <w:t>ROZSUDOK V MENE SLOVENSKEJ REPUBLIKY 24P/72/2026 Okresný súd Poprad sudcom JUDr. Dušanom Miškovčíkom v právnej veci starostlivosti súdu o maloleté dieťa: A. B., narodená XX.XX.XXXX, bytom C. XXX/XX, D., v zastúpení procesným opatrovníkom Úradom práce, sociálnych vecí a rodiny Kežmarok, dieťa rodičov: otca neuvedeného a maloletej matky - E. B., narodená XX.XX.XXXX, trvale bytom C. XXX/XX, D., dcéra rodičov - matky E. B., narodenej XX.XX.XXXX a otca E. B., narodeného XX.XX.XXXX, obaja bytom C. XXX/XX, D.,, o návrhu starej matky maloletého dieťaťa o ustanovenie poručníka, t a k t o rozhodol: 24P/72/2026 I. U s t a n o v u j e maloletej A. B., narodenej XX.XX.XXXX poručníka E. B., narodenú XX.XX.XXXX, bytom C. XXX/XX, D., ktorá bude zabezpečovať výchovu maloletej, zastupovať ju a spravovať jej majetok. II. Žiaden z účastníkov n e m á n á r o k na náhradu trov konania. odôvodnenie: 24P/72/2026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24P/72/2026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https://www.kauzis.sk/judikatura/r/ECLI:SK:OSPP:2026:8726201628.2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