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10P/73/2026 z 3. 8. 2026</w:t>
      </w:r>
    </w:p>
    <w:p>
      <w:r>
        <w:t>Rozsudok Okresného súdu Poprad z 3. augusta 2026, sp. zn. 10P/73/2026, ECLI:SK:OSPP:2026:8726201727.3</w:t>
      </w:r>
    </w:p>
    <w:p>
      <w:r>
        <w:t>Súd: Okresný súd Poprad</w:t>
      </w:r>
    </w:p>
    <w:p>
      <w:r>
        <w:t>Spisová značka: 10P/73/2026</w:t>
      </w:r>
    </w:p>
    <w:p>
      <w:r>
        <w:t>ECLI: ECLI:SK:OSPP:2026:8726201727.3</w:t>
      </w:r>
    </w:p>
    <w:p>
      <w:r>
        <w:t>Dátum vydania: 3. 8.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10P/73/2026 8726201727 03. 08. 2026 JUDr. František Krasňan ECLI:SK:OSPP:2026:8726201727.3</w:t>
      </w:r>
    </w:p>
    <w:p>
      <w:r>
        <w:t>ROZSUDOK V MENE SLOVENSKEJ REPUBLIKY Okresný súd Poprad, sudcom JUDr. Františkom Krasňanom, v právnej veci navrhovateľky: A. B., C. A., nar. XX.XX.XXXX, trvale bytom D. XXXX/XX, XXX XX A., právne zastúpená: Mgr. Drahomíra Beňová Vargovská, LL.B., advokátka, so sídlom Nám. sv. Egídia 40/93, 058 01 Poprad, IČO: 52 346 323 proti odporcovi: E. B., nar. XX.XX.XXXX, trvale bytom D. XXXX/XX, XXX XX A., právne zastúpený: JUDr. Martin Kunaj, advokát, so sídlom Nám. sv. Egídia 95, 058 01 Poprad, IČO: 52 334 571, v konaní o rozvod manželstva a úpravu rodičovských práv a povinností k mal. deťom: E. B., nar. XX.XX.XXXX, F. B., nar. XX.XX.XXXX a G. B., nar. XX.XX.XXXX, všetky bytom D. XXXX/XX, XXX XX A., zast. opatrovníkom Úradom práce, sociálnych vecí a rodiny Poprad, so sídlom Hraničná 13, 058 01 Poprad, takto rozhodol: Súd manželstvo účastníkov konania A. B., C. A., nar. XX.XX.XXXX, občianky SR a manžela E. B., nar. XX.XX.XXXX, občana Tuniskej republiky, uzavreté dňa XX.XX.XXXX H. F., Tuniská republika a zapísané v knihe manželstiev MV SR - osobitná matrika Bratislava, vo zväzku I., ročník XXXX, na strane XXX, pod poradovým číslom XXX r o z v á d z a . II. S c h v a ľ u j e</w:t>
      </w:r>
    </w:p>
    <w:p>
      <w:r>
        <w:t>rodičovskú dohodu v nasledovnom znení:</w:t>
      </w:r>
    </w:p>
    <w:p>
      <w:r>
        <w:t>Z v e r u j e maloleté deti: E. B., nar. XX.XX.XXXX, F. B., nar. XX.XX.XXXX a G. B., nar. XX.XX.XXXX do striedavej osobnej starostlivosti oboch rodičov s tým, že obaja rodičia budú maloleté deti zastupovať a spravovať ich majetok. Striedavá starostlivosť sa bude realizovať v týždennom intervale s tým, že od nedele od 18:00 hod. každého párneho týždňa v roku do najbližšej nedele do 18:00 hod. každého nepárneho týždňa v roku bude osobnú starostlivosť o maloleté deti zabezpečovať matka a od nedele od 18:00 hod. každého nepárneho týždňa v roku do najbližšej nedele do 18:00 hod. každého párneho týždňa v roku bude osobnú starostlivosť o maloleté deti zabezpečovať otec. Maloletý E., mal. F. a mal. G. sa budú nachádzať v osobnej starostlivosti matky počas prázdnin nasledovne: - v čase jarných prázdnin každý párny rok, a to počnúc prvým dňom prázdnin od 9:00 hod. do posledného dňa prázdnin do 18:00 hod.; - v čase letných prázdnin každý rok od 01.07. od 9:00 hod. do 15.7. do 18:00 hod., od 01.08. od 18:00 hod. do 16.08 do 18:00 hod.; - počas vianočných prázdnin každý každý párny rok od prvého dňa vianočných prázdnin od 9:00 hod. do 24.12. do 19:00 hod. , každý nepárny rok od 24.12. od 19:00 hod. do 31.12. do 19:00 hod. a každý párny rok od 31.12. od 19:00 hod. do 06.01. nasledujúceho roka do 19:00 hod. - v čase veľkonočných prázdnin každý nepárny rok od štvrtka (prvého dňa prázdnin) od 9:00 hod. do utorka (posledného dňa prázdnin) do 18:00 hod.;</w:t>
      </w:r>
    </w:p>
    <w:p>
      <w:r>
        <w:t>Maloletý E., mal. F. a mal. G. sa budú nachádzať v osobnej starostlivosti otca počas prázdnin nasledovne: - v čase jarných prázdnin každý nepárny rok, a to počnúc prvým dňom prázdnin od 9:00 hod. do posledného dňa prázdnin do 18:00 hod.; - v čase letných prázdnin každý rok od 15.07. od 18:00 hod. do 01.08. do 18:00 hod., od 16.08. od 18:00 hod. do 31.8. do 18:00 hod.; - počas vianočných prázdnin každý nepárny rok od prvého dňa vianočných prázdnin od 9:00 hod. do 24.12. do 19:00 hod., každý párny rok od 24.12. od 19:00 hod. do 31.12. do 19:00 hod. a každý nepárny rok od 31.12. od 19:00 hod. do 06.01. nasledujúceho roka do 19:00 hod. - v čase veľkonočných prázdnin každý párny rok od štvrtka (prvého dňa prázdnin) od 9:00 hod. do utorka (posledného dňa prázdnin) do 18:00 hod.; Matka je povinná maloleté deti v stanovenom čase prevziať v bydlisku otca a otec je povinný maloleté deti v stanovenom čase prevziať v bydlisku matky. Súd počas trvania striedavej osobnej starostlivosti rodičov výživné na mal. deti</w:t>
      </w:r>
    </w:p>
    <w:p>
      <w:r>
        <w:t>neurčuje.</w:t>
      </w:r>
    </w:p>
    <w:p>
      <w:r>
        <w:t>Rodičia sa dohodli, že daňový bonus na mal. deti bude poberať matka a rodinné prídavky na deti bude poberať otec. III.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https://www.kauzis.sk/judikatura/r/ECLI:SK:OSPP:2026:8726201727.3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