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24P/82/2026 z 8. 7. 2026</w:t>
      </w:r>
    </w:p>
    <w:p>
      <w:r>
        <w:t>Uznesenie Okresného súdu Poprad z 8. júla 2026, sp. zn. 24P/82/2026, ECLI:SK:OSPP:2026:8726201807.3</w:t>
      </w:r>
    </w:p>
    <w:p>
      <w:r>
        <w:t>Súd: Okresný súd Poprad</w:t>
      </w:r>
    </w:p>
    <w:p>
      <w:r>
        <w:t>Spisová značka: 24P/82/2026</w:t>
      </w:r>
    </w:p>
    <w:p>
      <w:r>
        <w:t>ECLI: ECLI:SK:OSPP:2026:8726201807.3</w:t>
      </w:r>
    </w:p>
    <w:p>
      <w:r>
        <w:t>Dátum vydania: 8. 7. 2026</w:t>
      </w:r>
    </w:p>
    <w:p>
      <w:r>
        <w:t>Forma: Uznesenie</w:t>
      </w:r>
    </w:p>
    <w:p>
      <w:pPr>
        <w:pStyle w:val="Heading2"/>
      </w:pPr>
      <w:r>
        <w:t>Text rozhodnutia</w:t>
      </w:r>
    </w:p>
    <w:p>
      <w:r>
        <w:t>Súd: Spisová značka: Identifikačné číslo súdneho spisu: Dátum vydania rozhodnutia: Meno a priezvisko sudcu, VSÚ: ECLI:</w:t>
      </w:r>
    </w:p>
    <w:p>
      <w:r>
        <w:t>Okresný súd Poprad 24P/82/2026 8726201807 08. 07. 2026 JUDr. Monika Heldáková ECLI:SK:OSPP:2026:8726201807.3</w:t>
      </w:r>
    </w:p>
    <w:p>
      <w:r>
        <w:t>Uznesenie Okresný súd Poprad v právnej veci manželky A. B., nar. XX. XX. XXXX, a manžela C. B., nar. XX. XX. XXXX, obaja trvale bytom A. XXX, o návrhu manželky na rozvod manželstva a úpravu rodičovských práv a povinností rodičov na čas po rozvode manželstva k maloletým deťom D. B., nar. XX. XX. XXXX a E. B., nar. XX. XX. XXXX, obaja trvale bytom A. XXX, zastúpení procesným opatrovníkom: Úradom práce, sociálnych vecí a rodiny Kežmarok, takto rozhodol: I. Konanie z a s t a v u j e. II. Žiaden z účastníkov n e m á n á r o k na náhradu trov konania. III. U p r a v u j e s a prevádzkovateľ systému evidencie Slovenská pošta a. s., aby po právoplatnosti tohto uznesenia, vrátil manželke 100,- eur z titulu zaplateného súdneho poplatku za podaný návrh. odôvodnenie: 1. Návrhom doručeným tunajšiemu súdu dňa 04. 05. 2026 sa navrhovateľka – manželka domáhala rozvodu manželstva a úpravy rodičovských práv a povinností rodičov k mal. deťom na čas po rozvode manželstva. 2. Podaním zo dňa 16. 06. 2026 navrhovateľka vzala návrh na rozvod manželstva a úpravu rodičovských práv a povinností rodičov k mal. deťom na čas po rozvode manželstva v celom rozsahu späť, navrhla konanie zastaviť. 3. Súd výzvou zo dňa 17. 06. 2026 vyzval manžela a kolízneho opatrovníka mal. detí na vyjadrenie, či súhlasia so zastavením konania. 4. Kolízny opatrovník súhlasil so späťvzatím návrhu manželky a zároveň súhlasil so zastavením konania a ďalšej uviedol, že rodičom bolo ponúknuté psychologické poradenstvo na RPPS na tunajšom úrade, čo rodičia odmietli, avšak zobrali na vedomie túto pomoc psychologického poradenstva využiť aj do budúcna. Manžel vyjadrením dourčeným súdu dňa 03. 07. 2026 taktiež súhlasil so zastavením konania. 5. Podľa § 29 ods. 1 CMP, navrhovateľ môže počas konania zobrať návrh na začatie konania späť, a to celkom alebo sčasti. Ak je návrh vzatý späť celkom, súd konanie zastaví. Ak je návrh vzatý späť sčasti, súd konanie v tejto časti zastaví. 6. Súd vzhľadom na charakter konania, prihliadnuc na späťvzatie návrhu navrhovateľkou, dospel k záveru, že sú splnené podmienky v zmysle citovaných ustanovení, a preto konanie zastavil (výrok I.). 7. Podľa § 58 ods. 1 CMP, o nároku na náhradu a o výške trov konania rozhoduje súd v rozhodnutí, ktorým sa konanie končí.</w:t>
      </w:r>
    </w:p>
    <w:p>
      <w:r>
        <w:t>8. Podľa § 57 CMP, o povinnosti nahradiť trovy konania, ak nejde o trovy konania štátu, rozhoduje súd len na návrh. 9. Podľa § 52 CMP, žiaden z účastníkov nemá nárok na náhradu trov konania, ak tento zákon neustanovuje inak. 10. O trovách konania súd rozhodol v zmysle citovaných ustanovení tak, že žiadnemu z účastníkov konania nepriznal nárok na náhradu trov konania, nakoľko si náhradu trov konania účastníci neuplatnili (II. výrok). 11. Podľa položky 7 písm. a) Sadzobníka súdnych poplatkov, ktorý tvorí prílohu zákona č. 71/1992 Zb. o súdnych poplatkoch a poplatku za výpis z registra trestov v znení neskorších predpisov (ďalej len „zákon o súdnych poplatkoch“) výška súdneho poplatku z návrhu na začatie konania o rozvod manželstva bola v čase podania návrhu navrhovateľkou 100 eur. 12. Podľa § 11 ods. 3 zákona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13. Keďže došlo k zastaveniu konania pred prvým pojednávaním, súd rozhodol o vrátení súdneho poplatku navrhovateľke a uložil prevádzkovateľovi systému povinnosť vrátiť navrhovateľke v zmysle § 11 ods. 4 zákona o súdnych poplatkoch poplatok vo výške 100 eur (výrok III.). Poučenie: Proti výroku I. a II. tohto uznesenia možno podať odvolanie do 15 dní odo dňa jeho doručenia prostredníctvom Okresného súdu Poprad, na Krajský súd v Prešove. Proti výroku III. tohto uznesenia odvolanie nie je prípustné.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w:t>
      </w:r>
    </w:p>
    <w:p>
      <w:r>
        <w:t>Odvolacie dôvody možno meniť a dopĺňať až do rozhodnutia o odvolaní. (§ 62 ods. 2 CMP)</w:t>
      </w:r>
    </w:p>
    <w:p/>
    <w:p>
      <w:r>
        <w:t>Zdroj: KAUZIS.SK – https://www.kauzis.sk/judikatura/r/ECLI:SK:OSPP:2026:8726201807.3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