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10P/81/2026 z 28. 9. 2026</w:t>
      </w:r>
    </w:p>
    <w:p>
      <w:r>
        <w:t>Uznesenie Okresného súdu Poprad z 28. septembra 2026, sp. zn. 10P/81/2026, ECLI:SK:OSPP:2026:8726201892.5</w:t>
      </w:r>
    </w:p>
    <w:p>
      <w:r>
        <w:t>Súd: Okresný súd Poprad</w:t>
      </w:r>
    </w:p>
    <w:p>
      <w:r>
        <w:t>Spisová značka: 10P/81/2026</w:t>
      </w:r>
    </w:p>
    <w:p>
      <w:r>
        <w:t>ECLI: ECLI:SK:OSPP:2026:8726201892.5</w:t>
      </w:r>
    </w:p>
    <w:p>
      <w:r>
        <w:t>Dátum vydania: 28. 9. 2026</w:t>
      </w:r>
    </w:p>
    <w:p>
      <w:r>
        <w:t>Forma: Uznesenie</w:t>
      </w:r>
    </w:p>
    <w:p>
      <w:pPr>
        <w:pStyle w:val="Heading2"/>
      </w:pPr>
      <w:r>
        <w:t>Text rozhodnutia</w:t>
      </w:r>
    </w:p>
    <w:p>
      <w:r>
        <w:t>Súd: Spisová značka: Identifikačné číslo súdneho spisu: Dátum vydania rozhodnutia: Meno a priezvisko sudcu, VSÚ: ECLI:</w:t>
      </w:r>
    </w:p>
    <w:p>
      <w:r>
        <w:t>Okresný súd Poprad 10P/81/2026 8726201892 28. 09. 2026 JUDr. František Krasňan ECLI:SK:OSPP:2026:8726201892.5</w:t>
      </w:r>
    </w:p>
    <w:p>
      <w:r>
        <w:t>Uznesenie Okresný súd Poprad, vo veci starostlivosti o mal. dieťa: A. B. C., nar. XX.XX.XXXX, zast. opatrovníkom Úradom práce, sociálnych vecí a rodiny Poprad, so sídlom Hraničná 13, 058 01 Poprad, bytom ako matka, dieťa rodičov - matky: A. D., nar. XX.XX.XXXX, trvale bytom E. XX/XX, XXX XX F. - G., právne zastúpená advokátom: JUDr. Jozef Matej, so sídlom Budovateľská 50, 080 01 Prešov, IČO: 57 535 116 a otca: B. C., nar. XX.XX.XXXX, trvale bytom E. XX/XX, XXX XX F. - G., právne zastúpený: Advokátska kancelária Hudzík &amp; Partners s.r.o., so sídlom Mnoheľova 830/15, 058 01 Poprad, IČO: 47 251 654, v konaní začatom na návrh matky, o úpravu práv a povinností k mal. dieťaťu takto rozhodol: I. Súd z r u š u j e neodkladné opatrenie sp. zn. 10PPOm/1/2026 zo dňa 17.04.2026 vo výroku I. a III. a dočasne upravuje styk otca s mal. A. B. C., nar. XX.XX.XXXX tak, že otec je oprávnený sa stretávať s maloletým každý párny týždeň v sobotu v čase od 10.00 hod. do 17.00 hod. bez prítomnosti matky a každý nepárny týždeň v mesiaci v nedeľu od 10.00 hod. do 17.00 hod. bez prítomnosti matky, a v každý kalendárny týždeň v mesiaci v stredu od 10.00 hod. do 17.00 hod. bez prítomnosti matky, pričom maloletý mu bude pri začatí styku odovzdaný v OC Forum v Poprade na prízemí prostredníctvom osôb H. D., nar. XX.XX.XXXX a A. D., nar. XX.XX.XXXX, ktoré po ukončení styku maloletého prevezmú od otca v OC Forum v Poprade na prízemí a toto neodkladné opatrenie bude trvať do skončenia konania vo veci vedenej na tunajšom súde pod sp. zn. 10P/81/2026. II. Súd z r u š u j e uznesenie o nariadení neodkladného opatrenia sp. zn. 10P/81/2026 zo dňa 08.07.2026. odôvodnenie: 1. Podľa § 234 ods. 2 Civilného sporového poriadku (ďalej len CSP), ak nie je ďalej ustanovené inak, použijú sa na uznesenie primerane ustanovenia o rozsudku. 2. Podľa § 221 CSP, písomné vyhotovenie rozsudku nemusí obsahovať odôvodnenie, ak je na pojednávaní vyhlásený rozsudok za prítomnosti všetkých strán alebo ich zástupcov, ktorí sa vzdajú odvolania, alebo to ustanovuje tento zákon. 3. Po vyhlásení rozhodnutia, jeho odôvodnení a poučení o opravnom prostriedku sa účastníci konania vzdali práva podať proti tomuto uzneseniu odvolanie, preto v súlade s ust. § 221 CSP v spojení s ust. § 2 ods. 1 Civilného mimosporového poriadku písomné vyhotovenie tohto uznesenia neobsahuje odôvodnenie. Poučenie: Proti tomuto uzneseniu odvolanie nie je prípustné, pretože účastníci konania sa tohto práva po vyhlásení uznesenia vzdali písomne do zápisnice o pojednávaní (§ 368 CSP).</w:t>
      </w:r>
    </w:p>
    <w:p/>
    <w:p>
      <w:r>
        <w:t>Zdroj: KAUZIS.SK – https://www.kauzis.sk/judikatura/r/ECLI:SK:OSPP:2026:8726201892.5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