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Stará Ľubovňa sp. zn. 4P/41/2024 z 9. 10. 2024</w:t>
      </w:r>
    </w:p>
    <w:p>
      <w:r>
        <w:t>Rozsudok Okresného súdu Stará Ľubovňa z 9. októbra 2024, sp. zn. 4P/41/2024, ECLI:SK:OSSL:2024:8524200535.3</w:t>
      </w:r>
    </w:p>
    <w:p>
      <w:r>
        <w:t>Súd: Okresný súd Stará Ľubovňa</w:t>
      </w:r>
    </w:p>
    <w:p>
      <w:r>
        <w:t>Spisová značka: 4P/41/2024</w:t>
      </w:r>
    </w:p>
    <w:p>
      <w:r>
        <w:t>ECLI: ECLI:SK:OSSL:2024:8524200535.3</w:t>
      </w:r>
    </w:p>
    <w:p>
      <w:r>
        <w:t>Dátum vydania: 9. 10. 2024</w:t>
      </w:r>
    </w:p>
    <w:p>
      <w:r>
        <w:t>Forma: Rozsudok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Stará Ľubovňa 4P/41/2024 8524200535 09. 10. 2024 JUDr. Jana Sroková ECLI:SK:OSSL:2024:8524200535.3</w:t>
      </w:r>
    </w:p>
    <w:p>
      <w:r>
        <w:t>ROZSUDOK V MENE SLOVENSKEJ REPUBLIKY Okresný súd Stará Ľubovňa sudkyňou JUDr. Janou Srokovou v rodinnoprávnej veci starostlivosti súdu o mal. dieťa A. B., nar. XX.XX.XXXX, trvale bytom C. D. XX/XX, E. zast. kolíznym opatrovníkom Úradom práce, sociálnych vecí a rodiny Stará Ľubovňa, dieťa rodičov : matky B. F., nar. XX.XX.XXXX, trvale bytom C. D. XX/XX, E., práv. zást. JUDr. Dávidom Hoffmanom, advokátom, Advokátskej kancelárie so sídlom Hlavné námestie 80, Kežmarok a otca G. B., nar. XX.XX.XXXX, trvale bytom H. XXXX/X, E., práv. zást. JUDr. Máriou Didekovou, advokátkou, Advokátskej kancelárie Zdravotnícka 2, Poprad, v konaní o úpravu výkonu rodičovských práv a povinností k mal. dieťaťu takto rozhodol: Súd schvaľuje rodičovskú dohodu uzavretú medzi rodičmi v nasledovnom znení: I. Mal. A. B., nar. XX.XX.XXXX sa z v e r u j e do osobnej starostlivosti matky B. F., nar. XX.XX.XXXX. Obaja rodičia budú mal. dieťa zastupovať a spravovať jeho majetok. II. Otec mal. dieťaťa G. B., nar. XX.XX.XXXX je p o v i n n ý prispievať na výživu mal. A. B., nar. XX.XX.XXXX sumou vo výške 200,- eur mesačne, ktoré výživné je povinný uhrádzať vždy do 20 – tého dňa toho, ktorého mesiaca vopred k rukám matky mal. dieťaťa, a to počnúc dňom 01.10.2024. III. Otec mal. dieťa G. B. je oprávnený stýkať sa s mal. dieťaťom každý párny týždeň v mesiaci, a to v nedeľu v čase do 14.00 hod do 17.00 hod za prítomnosti matky s tým, že miesto stretnutia si rodičia vopred dohodnú. IV. Žiaden z účastníkov n e m á n á r o k na náhradu trov konania. odôvodnenie: 1. Podľa § 221 písm. a/ Civilného sporového poriadku /CSP/ písomné vyhotovenie rozsudku nemusí obsahovať odôvodnenie, ak je na pojednávaní vyhlásený rozsudok za prítomnosti všetkých strán alebo ich zástupcov, ktorí sa vzdajú odvolania. 2. Podľa § 122 Civilného mimosporového poriadku /CMP/ ak vo veciach starostlivosti súdu o maloletých súd rozsudkom schválil dohodu rodičov, nie sú rodičia oprávnení podať voči výroku, ktorým bola dohoda schválená, odvolanie. 3. Podľa § 2 ods. 1 zak. č. 161/2015 Z.z. Civilného mimosporového poriadku /ďalej len CMP/ na konania podľa tohto zákona sa použijú ustanovenia Civilného sporového poriadku / ďalej len CSP/ , ak tento zákon neustanovuje inak.</w:t>
      </w:r>
    </w:p>
    <w:p>
      <w:r>
        <w:t>4. Na pojednávaní dňa 09.10.2024 obaja rodičia navrhli, aby súd schválil ich rodičovskú dohodu, k čomu sa pripojil aj kolízny opatrovník. Vzhľadom k tomu, že navrhovaná rodičovská dohoda je v záujme mal. dieťaťa, súd ju schválil. 5. Pre prípad ďalšieho rozhodovania o výške výživného súd uvádza, že matka mal. dieťaťa poberá rodičovský príspevok 342,20 eur mesačne, plus prídavok na dieťa 60,- eur mesačne. Otec mal. dieťaťa pracuje vo firme Immergas Europe sr..o. s príjmom v priemere 1.000,- eur mesačne. 6. Keďže po vyhlásení rozsudku o schválení rodičovskej dohody sa všetci účastníci vzdali práva podať odvolanie, rozsudok v zmysle citovaných zákonných ustanovení nemusí obsahovať odôvodnenie. 7. O trovách konania súd rozhodol v zmysle § 52 CMP, podľa ktorého žiaden z účastníkov nemá nárok na náhradu trov konania, ak tento zákon neustanovuje inak. Poučenie: Proti výroku, ktorým bola rodičovská dohoda schválená rodičia nie sú oprávnení podať odvolanie. Kolízny opatrovník nemá právo podať odvolanie proti tomuto rozsudku, pretože sa ho po jeho vyhlásení a po poučení o opravnom prostriedku výslovne vzdal oproti podpisu do zápisnice súdu. Podľa § 44 Civilného mimosporového poriadku rozsudky o výživnom sú vykonateľné doručením. Ak povinný dobrovoľne nesplní, čo mu ukladá vykonateľné rozhodnutie v časti, v ktorej bola upravená starostlivosť o mal. dieťa, styk s mal. dieťaťom alebo iná ako peňažná povinnosť vo vzťahu k mal. dieťaťu, oprávnený môže podať návrh na nariadenie výkonu rozhodnutia podľa § 370 a nasl. CMP. Ak povinný dobrovoľne nesplní, čo mu ukladá vykonateľné rozhodnutie v časti, ktorým bola upravená peňažná povinnosť, oprávnený môže podať návrh na vykonanie exekúcie podľa Exekučného poriadku. Exekúciu možno vykonať zrážkami zo mzdy a z iných príjmov, prikázaním pohľadávky, predajom hnuteľných vecí, predajom cenných papierov, predajom nehnuteľnosti, predajom podniku, príkazom na zadržanie vodičského preukazu.</w:t>
      </w:r>
    </w:p>
    <w:p/>
    <w:p>
      <w:r>
        <w:t>Zdroj: KAUZIS.SK – https://www.kauzis.sk/judikatura/r/ECLI:SK:OSSL:2024:8524200535.3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