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4P/139/2024 z 5. 2. 2025</w:t>
      </w:r>
    </w:p>
    <w:p>
      <w:r>
        <w:t>Rozsudok Okresného súdu Stará Ľubovňa z 5. februára 2025, sp. zn. 4P/139/2024, ECLI:SK:OSSL:2025:8524201410.2</w:t>
      </w:r>
    </w:p>
    <w:p>
      <w:r>
        <w:t>Súd: Okresný súd Stará Ľubovňa</w:t>
      </w:r>
    </w:p>
    <w:p>
      <w:r>
        <w:t>Spisová značka: 4P/139/2024</w:t>
      </w:r>
    </w:p>
    <w:p>
      <w:r>
        <w:t>ECLI: ECLI:SK:OSSL:2025:8524201410.2</w:t>
      </w:r>
    </w:p>
    <w:p>
      <w:r>
        <w:t>Dátum vydania: 5. 2.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4P/139/2024 8524201410 05. 02. 2025 JUDr. Jana Sroková ECLI:SK:OSSL:2025:8524201410.2</w:t>
      </w:r>
    </w:p>
    <w:p>
      <w:r>
        <w:t>ROZSUDOK V MENE SLOVENSKEJ REPUBLIKY Okresný súd Stará Ľubovňa sudkyňou JUDr. Janou Srokovou v rodinnoprávnej veci starostlivosti súdu o maloleté deti: A. B., nar. XX.X.XXXX, trvale bytom C. XXX, t.č. Centrum pre deti a rodiny Liptovský Hrádok, C. B., nar. XX.X.XXXX, trvale bytom C. XXX, t.č. Centrum pre deti a rodiny Liptovský Hrádok, D. B., nar. XX.X.XXXX, trvale bytom C. XXX, t.č. Centrum pre deti a rodiny Liptovský Hrádok, C. B., nar. XX.X.XXXX, trvale bytom C. XXX, t.č. Centrum pre deti a rodiny Liptovský Hrádok, E. B., nar. XX.X.XXXX, trvale bytom C. XXX, t.č. Centrum pre deti a rodiny Liptovský Hrádok, D. B., nar. XX.X.XXXX, trvale bytom C. XXX, t.č. Centrum pre deti a rodiny Liptovský Hrádok, zastúpené kolíznym opatrovníkom F. C., C. XX, XXX XX G. H., deti rodičov: matky I. B., nar. XX.X.XXXX, trvale bytom C. XXX a otca A. B., nar. XX.X.XXXX, trvale bytom C. XXX, t.č. bytom C. XXX, na návrh Úradu práce, sociálnych vecí a rodiny Stará Ľubovňa, v konaní o nariadenie ústavnej starostlivosti takto rozhodol: I. Súd n a r i a ď u j e ústavnú starostlivosť u mal. detí A. B., nar. XX.XX.XXXX, C. B., nar. XX.XX.XXXX, D. B., nar. XX.XX.XXXX, E. B., nar. XX.XX.XXXX, C. B., nar. XX.XX.XXXX a D. B., nar. XX.XX.XXXX, ktorá sa bude vykonávať v zariadení Centra pre deti a rodiny Liptovský Hrádok, Hviezdoslavova 149, Liptovský Hrádok. II. Matka mal. detí I. B., nar. XX.XX.XXXX je p o v i n n á prispievať na výživu mal. detí A. B., nar. XX.XX.XXXX, C. B., nar. XX.XX.XXXX, D. B., nar. XX.XX.XXXX, E. B., nar. XX.XX.XXXX, C. B., nar. XX.XX.XXXX a D. B., nar. XX.XX.XXXX, sumou vo výške 37,53 eur mesačnom, a to pre každé z mal. detí, ktoré výživné je povinná uhrádzať vždy do 15-tého dňa, toho ktorého mesiaca vopred na účet Centra pre deti a rodiny Liptovský Hrádok, Hviezdoslavova 149, Liptovský Hrádok, počnúc právoplatnosťou tohto rozsudku. III. Otec mal. detí A. B., nar. XX.XX.XXXX je p o v i n n ý prispievať na výživu mal. detí A. B., nar. XX.XX.XXXX, C. B., nar. XX.XX.XXXX, D. B., nar. XX.XX.XXXX, E. B., nar. XX.XX.XXXX, C. B., nar. XX.XX.XXXX a D. B., nar. XX.XX.XXXX, sumou vo výške 37,53 eur mesačnom, a to pre každé z mal. detí, ktoré výživné je povinný uhrádzať vždy do 15-tého dňa, toho ktorého mesiaca vopred na účet Centra pre deti a rodiny Liptovský Hrádok, Hviezdoslavova 149, Liptovský Hrádok, počnúc právoplatnosťou tohto rozsudku. IV. Žiaden z účastníkov n e m á n á r o k</w:t>
      </w:r>
    </w:p>
    <w:p>
      <w:r>
        <w:t>na náhradu trovu tohto konania.</w:t>
      </w:r>
    </w:p>
    <w:p>
      <w:r>
        <w:t>odôvodnenie: 1. Podľa § 221 písm. a/ Civilného sporového poriadku /CSP/ písomné vyhotovenie rozsudku nemusí obsahovať odôvodnenie, ak je na pojednávaní vyhlásený rozsudok za prítomnosti všetkých strán alebo ich zástupcov, ktorí sa vzdajú odvolania</w:t>
      </w:r>
    </w:p>
    <w:p>
      <w:r>
        <w:t>2. Podľa § 2 ods. 1 zak. č. 161/2015 Z.z. Civilného mimosporového poriadku /ďalej len CMP/ na konania podľa tohto zákona sa použijú ustanovenia Civilného sporového poriadku / ďalej len CSP/ , ak tento zákon neustanovuje inak. 3. Po vyhlásení rozhodnutia dňa 02.12.2024, jeho odôvodnení a poučení o opravnom prostriedku účastníci konania uviedli, že sa vzdávajú práva podať odvolanie voči vyhlásenému rozsudku, a preto s poukazom na cit. zák. ustanovenia rozsudok nemusí obsahovať odôvodnenie. 4. Obaja rodičia mal. detí nepracujú, poberajú dávku v hmotnej núdzi. 5. O trovách konania súd rozhodol v zmysle § 52 CMP, tak žiaden z účastníkov nemá nárok na náhradu trov konania, ak tento zákon neustanovuje inak. Poučenie: Proti tomuto rozsudku nemožno podať odvolanie, nakoľko sa tohto svojho práva účastníci konania účinne v súlade s ustanovením §368 CSP pred súdom po jeho vyhlásení vzdali, čo potvrdili svojím podpisom do zápisnice súdu. Podľa § 44 Civilného mimosporového poriadku /CMP/rozsudky o výživnom sú vykonateľné doručením. Ak povinný dobrovoľne nesplní, čo mu ukladá vykonateľné rozhodnutie v časti, v ktorej bola upravená starostlivosť o mal. dieťa, styk s mal. dieťaťom alebo iná ako peňažná povinnosť vo vzťahu k mal. dieťaťu, oprávnený môže podať návrh na nariadenie výkonu rozhodnutia podľa § 370 a nasl. CMP. Ak povinný dobrovoľne nesplní, čo mu ukladá vykonateľné rozhodnutie v časti, ktorým bola upravená peňažná povinnosť, oprávnený môže podať návrh na vykonanie exekúcie podľa Exekučného poriadku. Exekúciu možno vykonať zrážkami zo mzdy a z iných príjmov, prikázaním pohľadávky, predajom hnuteľných vecí, predajom cenných papierov, predajom nehnuteľnosti, predajom podniku, príkazom na zadržanie vodičského preukazu.</w:t>
      </w:r>
    </w:p>
    <w:p/>
    <w:p>
      <w:r>
        <w:t>Zdroj: KAUZIS.SK – https://www.kauzis.sk/judikatura/r/ECLI:SK:OSSL:2025:8524201410.2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