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1Nt/12/2025 z 24. 11. 2025</w:t>
      </w:r>
    </w:p>
    <w:p>
      <w:r>
        <w:t>Uznesenie Okresného súdu Stará Ľubovňa z 24. novembra 2025, sp. zn. 1Nt/12/2025, ECLI:SK:OSSL:2025:8525010239.2</w:t>
      </w:r>
    </w:p>
    <w:p>
      <w:r>
        <w:t>Súd: Okresný súd Stará Ľubovňa</w:t>
      </w:r>
    </w:p>
    <w:p>
      <w:r>
        <w:t>Spisová značka: 1Nt/12/2025</w:t>
      </w:r>
    </w:p>
    <w:p>
      <w:r>
        <w:t>ECLI: ECLI:SK:OSSL:2025:8525010239.2</w:t>
      </w:r>
    </w:p>
    <w:p>
      <w:r>
        <w:t>Dátum vydania: 24. 11. 2025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1Nt/12/2025 8525010239 24. 11. 2025 JUDr. Erik Uhlár ECLI:SK:OSSL:2025:8525010239.2</w:t>
      </w:r>
    </w:p>
    <w:p>
      <w:r>
        <w:t>Uznesenie Okresný súd Stará Ľubovňa, samosudca JUDr. Erik Uhlár, na verejnom zasadnutí dňa 24. novembra 2025 v Starej Ľubovni, v trestnej veci proti obvinenému A. B., o návrhu prokurátora Okresnej prokuratúry Stará Ľubovňa na uloženie ochranného psychiatrického liečenia ústavnou formou, takto rozhodol: Súd podľa § 73 ods. 1 Trestného zákona v spojení s § 74 ods. 1 Trestného zákona ukladá obvinenému A. B., nar. X.XX.XXXX v C., D. C., trvale bytom XX-XXX E. F. XXX, D. C., štátnemu občanovi Poľskej republiky, v súčasnosti umiestnenému v zdravotníckom zariadení – psychiatrické oddelenie Fakultnej nemocnice s poliklinikou J. A. Reimana Prešov, ochranné psychiatrické liečenie ústavnou formou. odôvodnenie: Podľa § 176 ods. 3 Trestného poriadku toto uznesenie neobsahuje písomné odôvodnenie, pretože sa po jeho vyhlásení na verejnom zasadnutí prokurátor, obhajca obvineného i obvinený vzdali sťažnosti. Poučenie: Proti tomuto uzneseniu je prípustná sťažnosť, ktorú možno podať Okresnému súdu Stará Ľubovňa do troch pracovných dní od oznámenia tohto uznesenia. Oznámením uznesenia bolo jeho vyhlásenie. Sťažnosť má odkladný účinok.</w:t>
      </w:r>
    </w:p>
    <w:p/>
    <w:p>
      <w:r>
        <w:t>Zdroj: KAUZIS.SK – https://www.kauzis.sk/judikatura/r/ECLI:SK:OSSL:2025:8525010239.2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