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2Ps/2/2025 z 24. 11. 2025</w:t>
      </w:r>
    </w:p>
    <w:p>
      <w:r>
        <w:t>Rozsudok Okresného súdu Stará Ľubovňa z 24. novembra 2025, sp. zn. 2Ps/2/2025, ECLI:SK:OSSL:2025:8525200091.6</w:t>
      </w:r>
    </w:p>
    <w:p>
      <w:r>
        <w:t>Súd: Okresný súd Stará Ľubovňa</w:t>
      </w:r>
    </w:p>
    <w:p>
      <w:r>
        <w:t>Spisová značka: 2Ps/2/2025</w:t>
      </w:r>
    </w:p>
    <w:p>
      <w:r>
        <w:t>ECLI: ECLI:SK:OSSL:2025:8525200091.6</w:t>
      </w:r>
    </w:p>
    <w:p>
      <w:r>
        <w:t>Dátum vydania: 24. 11.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2Ps/2/2025 8525200091 24. 11. 2025 Mgr. Danka Majdáková ECLI:SK:OSSL:2025:8525200091.6</w:t>
      </w:r>
    </w:p>
    <w:p>
      <w:r>
        <w:t>ROZSUDOK V MENE SLOVENSKEJ REPUBLIKY Okresný súd Stará Ľubovňa sudkyňou Mgr. Dankou Majdákovou v statusovej veci osoby o spôsobilosti ktorej sa koná: A. B., nar. XX.XX.XXXX, trvale bytom C. A. D. XXXX, zastúpená procesným opatrovníkom: E. F. G., vyšší súdny úradník Okresného súdu Stará Ľubovňa, o návrhu navrhovateľky: G. B., nar. XX.XX.XXXX, trvale bytom E. H. XXXX/X, XXX XX I. J., za účasti: Obce Vyšné Ružbachy, v konaní o obmedzenie spôsobilosti na právne úkony, takto rozhodol: I. Súd o b m e d z u j e spôsobilosť na právne úkony A. B., nar. XX.XX.XXXX, trvale bytom C. A. XXXX, v takom rozsahu, že nie je spôsobilý: - zastupovať sa pred súdmi a inými orgánmi verejnej moci, - uzatvárať zmluvy akéhokoľvek druhu, - udeľovať plné moci, - preberať dôchodok a iné sociálne dávky, - preberať doporučené úradné listové zásielky, - disponovať finančnou hotovosťou nie väčšou ako 50,- eur mesačne, - disponovať hnuteľným a nehnuteľným majetkom, - vyslovovať informovaný súhlas s poskytovaním zdravotnej starostlivosti, ako v ústavnej tak aj v ambulantnej forme, tiež v sociálnej starostlivosti, - rozhodovať o mieste svojho trvalého a prechodného bydliska. II. Súd u s t a n o v u j e A. B., nar. XX.XX.XXXX, ktorý bol obmedzený spôsobilosti na právne úkony opatrovníka a to Obec Vyšné Ružbachy. III. Súd v y m e d z u j e rozsah práv a povinností opatrovníkovi Obci Vyšné Ružbachy tak, že táto je oprávnená a povinná A. B., nar. XX.XX.XXXX - zastupovať pred súdmi a inými orgánmi verejnej moci, - uzatvárať zmluvy v bežných veciach, - preberať dôchodok a iné sociálne dávky, - preberať doporučené úradné listové zásielky, - disponovať finančnou hotovosťou nad 51,- eur mesačne - vyslovovať informovaný súhlas s poskytovaním zdravotnej starostlivosti, ako v ústavnej tak aj v ambulantnej forme, tiež v sociálnej starostlivosti, - rozhodovať o mieste jeho trvalého a prechodného bydliska, - disponovať s hnuteľným majetkom. Na disponovanie s nehnuteľným majetkom, hnuteľným majetkom a finančnou hotovosťou v nie bežných veciach a na uzatváranie zmlúv v nie bežných veciach je potrebný súhlas súdu. IV. Žiaden z účastníkov</w:t>
      </w:r>
    </w:p>
    <w:p>
      <w:r>
        <w:t>nemá</w:t>
      </w:r>
    </w:p>
    <w:p>
      <w:r>
        <w:t>nárok</w:t>
      </w:r>
    </w:p>
    <w:p>
      <w:r>
        <w:t>na náhradu trov tohto konania.</w:t>
      </w:r>
    </w:p>
    <w:p>
      <w:r>
        <w:t>V. Súd náhradu trov konania štátu n e p r i z n á v a.</w:t>
      </w:r>
    </w:p>
    <w:p>
      <w:r>
        <w:t>odôvodnenie: 1. Navrhovateľka, G. B., sestra osoby o spôsobilosti ktorej sa koná, podala dňa 24.01.2025 návrh na obmedzenie spôsobilosti na právne úkony svojho brata A. B.. Návrh odôvodnila tým, že brat je opakovane psychiatrický hospitalizovaný s diagnózou schizofrénia. O hospitalizácii sa dozvedela po oznámení bratovej nezvestnosti dňa 10.12.2024, keďže sa cca 3 týždne nikomu neozýval. Následne jej bolo políciou oznámené, že brat je hospitalizovaný na psychiatrickom oddelení v Prešove. Pred touto hospitalizáciou cca od polovice októbra prestal užívať ambulantným psychiatrom predpísanú liečbu (ambulanciu navštevoval sporadický) a začal nadmerne požívať tvrdý alkohol, túlal sa po nociach, často striedal miesto pobytu. Jeho chovanie bolo nevyspytateľné, neprijateľné pre okolie, bol neovládateľný, agresívny a stratil zmysel pre realitu. Návrh podala na doporučenie viacerých lekárov. K návrhu pripojila potvrdenie polície. 2. Uznesením č.k. 2Ps/2/2025-18 zo dňa 03.03.2025 súd ustanovil osobe o spôsobilosti ktorej sa koná opatrovníka a to Obec Vyšné Ružbachy, poučil účastníkov konania o ich procesných právach a povinnostiach a na posúdenie zdravotného stavu osoby o spôsobilosti ktorej sa koná nariadil znalecké dokazovanie znalcom z odboru zdravotníctva a farmácia, odvetvia psychiatria. 3. Zo záverov znaleckého posudku č. 132/2025 zo dňa 09.09.2025, ktorý vypracovala E. K. H., znalkyňa v odbore zdravotníctvo a farmácia, odvetvia psychiatria vyplýva, že osoba o spôsobilosti ktorej sa koná, A. B., trpí závažným duševným ochorením Paranoidnou schizofréniou s postpsychotickým defektom osobnosti a Poruchami psychiky a správania zapríčinené nadužívaním alkoholu – s aktívnou závislosťou, ktoré odôvodňujú u menovaného obmedzenie spôsobilosti na právne úkony. Schizofrénia je závažné duševné ochorenie, ktoré sa prejavuje poruchami myslenia, vnímania, emotivity, konania a osobnosti. Ide o duševné ochorenie, ktoré má tendenciu k chronickému priebehu a má nepriaznivú prognózu. V štádiu dekompenzácie sa schizofrénne ochorenie prejavuje poruchami vnímania (halucinácie rôznych zmyslových modatít), poruchami myslenia (bludy, porušenie kohézia myslenia) spolu s poruchami správania, ktoré je psychoticky motivované, pričom kritičnosť, úsudok a chápavosť sú v tomto štádiu vymiznuté. Priebeh ochorenia u menovaného znalkyňa hodnotí ako chronický, progredujúci s nepriaznivou prognózou a zhoršovaním stavu, s vplyvom duševnej choroba na osobnosť, intelekt, ako aj správanie, ktoré je psychoticky alterované. Jeho celkový psychický život je výrazne ochudobnený, nemá záujem o ľudí, o okolie, ani o rodinu. Zlepšenie stavu u menovaného podľa znalkyne v budúcnosti nemožno očakávať, ak sa bude nachádzať v nechránenom prostredí. U menovaného navyše jeho stav zhoršuje aj chronická závislosť od alkoholu. Jedna sa o dlhoročný konzum alkoholu s preferenciou piva s destilátmi v societe aj osamote, pričom závislosť dosahuje III—IV. vývojové štádium podľa Jelínka a prezentuje sa túžbou po požívaní alkoholu s narušenou kontrolou pitia a pokračovaním v alkoholických abúzoch, napriek nepriaznivým zdravotným a sociálnym dôsledkom. Alkohol je u neho v centre záujmov, pokusy o abstinenciu sú neúspešné. K nadužívaniu alkoholu je nekritický, bez náhľadu, s rozpadnutým racionalizačným systémom, pitie bagatelizuje, nemá motiváciu k abstinencii. On sám sa nepovažuje za alkoholika v užívaní alkoholu nevidí problém. U menovaného pri chronicky prebiehajúcom schizofrénnom ochorení v kombinácii s chronickou závislosťou od alkoholu došlo k takému poškodeniu psychických funkcii, pri ktorých jeho kritičnosť a súdnosť sú plne zmazané, neuvedomuje si dosah a následky svojho konania. Znalkyňa doporučila z psychiatrického hľadiska obmedzenie spôsobilosti na právne úkony a to z dôvodu, že menovaný trpí chronickým závažným duševným ochorením, pri ktorom ide o stav trvalý s nepriaznivou prognózou, pri ktorej sa nedá očakávať zlepšenie stavu. Menovaný z psychiatrického hľadiska podľa znalkyne nie je schopný: zastupovať sa pred súdmi a inými orgánmi verejnej moci, uzatvárať zmluvy akéhokoľvek druhu, udeľovať plné moci, preberať dôchodok a iné sociálne dávky, preberať doporučené úradné listové zásielky, disponovať finančnou hotovosťou, nie väčšou ako 50,- eur mesačne rozdelene v jednotlivých dávkach, aby väčšiu sumu nepoužil na nákup alkoholu, disponovať hnuteľným a nehnuteľným majetkom, vyslovovať informovaný súhlas s poskytovaním zdravotnej starostlivosti, ako v ústavnej tak aj v ambulantnej forme, tiež v sociálnej starostlivosti, rozhodovať o mieste svojho trvalého a prechodného bydliska. Ďalej znalkyňa uviedla, že jeho stav je dlhodobo dekompenzovaný. Predpoklad úpravy psychického stavu a abstinencie je len ak sa bude nachádzať v chránenom prostredí, kde bude pod neustálym dozorom, a kde pod dozorom bude dodržiavať liečbu ako aj abstinenciu. V prípade ak by menovaný užíval pravidelne psychofarmaká, pravidelne sa dostavoval na kontroly, abstinoval, jeho psychický stav by bol zachovaný v takej miere,</w:t>
      </w:r>
    </w:p>
    <w:p>
      <w:r>
        <w:t>že jeho správanie by bolo spoločensky a sociálne akceptovateľné, bez porúch, bez prejavov emočnej instability bez heteroagresivity. 4. Navrhovateľka nesúhlasila s tým, aby v prípade potreby bola ustanovená do funkcie opatrovníka osobe o spôsobilosti ktorej sa koná, ani neoznámila inú osobu, ktorá by bola ochotná túto funkciu vykonávať, preto súd uznesením č.k. 2Ps/2/2025-76 zo dňa 20.10.2025 odvolal z funkcie procesného opatrovníka Obec Vyšné Ružbachy, ustanovil za procesného opatrovníka E. F. G., vyššieho súdneho úradníka tunajšieho súdu a do konania pribral Obec Vyšné Ružbachy ako navrhovaného opatrovníka osebe o spôsobilosti ktorej sa koná. 5. Pojednávania vytýčeného na deň 24.11.2025 sa nezúčastnil procesný opatrovník, ktorý svoju neúčasť ospravedlnil, súhlasil s pojednávaním v jeho neprítomnosti, preto súd v súlade s ustanovením § 180 C.s.p. pojednával v neprítomností procesného opatrovníka. 6. Na pojednávaní osoba o spôsobilosti ktorej sa koná, A. B., s návrhom a závermi znaleckého posudku nesúhlasil uviedol, že chce žiť normálne, nie niekde zavretý, chce si nájsť prácu a mať rodinu. Potvrdil, že sa lieči na paranoidnú schizofréniu, lieky užíva pravidelne, raz sa stalo, že zabudol. Poprel aby požíval alkohol, uviedol, že v minulosti si dal pivo. Vo väzbe je preto, že mu zobrali vodičský preukaz a napriek tomu jazdil. Čítať, písať vie. Peniaze používa na nákup potravín a ošatenia. Má dlhy, nejaké nezaplatené pokuty, tiež má úver, zobral ho na dokončenie chaty, niečo spláca. K lekárovi chodí, predtým kým bol vzatý do väzby bol u psychiatra v marci - apríli. Lekár mu predpisoval lieky na 3 mesiace. Ak by mu lekár povedal, že má byť hospitalizovaný, momentálne to nepotrebuje, necíti sa zle. Vo väzbe mu zmenili lieky, teraz sa cíti dobre. Aj keď zo znaleckého posudku vyplýva, že by mal byť obmedzený, nesúhlasí s tým, lepšie mu bude medzi normálnymi ľuďmi, nie niekde zavretý. Ďalej uviedol, že nemá blízku osobu, ktorá by ho mala zastupovať. 7. Navrhovateľka na pojednávaní opísala dôvody, ktoré ju viedli k podaniu návrhu, odporučilo jej to viacero psychiatrov kde bol brat liečený s tým, že jeho ochorenie bude mať progres. Brat keď sa liečil bol v priadku. Prvé príznaky schizofrénie sa u neho začali prejavovať po smrti matky. Začal požívať alkohol, túlal sa po nociach. Po smrti mamy išiel bývať k otcovi a nevlastnému bratovi, kde býval asi 16 rokov. Vo Vyšných Ružbachoch je asi od apríla, po tom čo došlo k roztržke medzi ním a nevlastním bratom. Ďalej uviedla, že so závermi znaleckého posudku súhlasí, stotožnila sa aj s úkonmi ktoré podľa záverov posudku brat nie je schopný robiť, určite ich nie je schopný vykonávať. Sprostredkovane od nevlastného brata má vedomosť, že brat vysadil lieky, požíval alkohol, otec ho kryl. Taktiež sprostredkovane má vedomosť o tom, že si zobral pôžičku 8 000,-eur, na čo to použil nevie. Opakovane zdôraznila, že pokiaľ brat chodil k psychiatričke a dodržiaval liečbu bol v poriadku, no potom prestal užívať lieky a začal piť alkohol. Ďalej uviedla, že nie je ochotná bratovi vykonávať funkciu opatrovníka a nevie o nikom kto by túto funkciu bol ochotný vykonávať. Nechce túto funkciu vykonávať jednak preto, že má zdravotné problémy a jednak preto, že brat je voči nej vysadený a nebolo by to dobre. Stav brata sa zhoršil asi posledné dva roky v tom období psychiatria navštevoval len sporadicky. 8. Starosta Obce Vyšné Ružbachy na pojednávaní s návrhom súhlasil, uviedol, že obmedzenie spôsobilosti na právne úkony p. B. je nielen pre jeho dobro, ale aj pre dobro ostatných občanov. Zdôraznil, že sa na neho obracali občania obce, sťažovali sa na pohyb p. B. po dedine s nožom, tiež sa sťažovali zamestnankyne rezortu, ktorý sa nachláda blízko chaty kde býval. S nožom sa pohyboval po kúpeľoch. Pán B. určite nepôsobil ako osoba, ktorá sa dokáže v plnej miere o seba postarať. Videl ho požívať v blízkosti chatiek víno. Taktiež potvrdil, že finančné prostriedky nepoužije na skultúrnenie bývania. Nemyslí si, že p. B. vie zvážiť či potrebuje zdravotnú starostlivosť, resp. hospitalizáciu. S osobou o spôsobilosti ktorej sa koná boli v obci potýčky, napr. vyhadzoval smetné koše, mal neporiadok. V závere uviedol, že nepozná žiadnu osobu, ktorá by bola ochotná vykonávať p. B. funkciu opatrovníka. Obec je s tým uzrozumená, že pokiaľ sa nenájde iná osoba funkciu opatrovníka bude musieť vykonávať obec. 9. Znalkyňa v odbore zdravotníctvo a farmácia, odvetvia psychiatria, E. K. H. na záveroch znaleckého posudku č. 137/2025 zo dňa 09.09.2025 na pojednávaní zotrvala. Uviedla, že po vyšetrení a štúdiu spisového materiálu diagnostikovala u menovaného závažné duševné ochorenie, paranoidnú schizofréniu s post psychotickým defektom osobnosti a poruchu psychiky a správania, zapríčinené</w:t>
      </w:r>
    </w:p>
    <w:p>
      <w:r>
        <w:t>nadužívam alkoholu, jedna sa o aktívnu závislosť. Tieto diagnózy, hlavne paranoidná schizofrénia, ak nie sú liečené odôvodňujú obmedzenie spôsobilosti na právne úkony. Stav menovaného bol v čase vyšetrenia dlhodobo dekompenzovaný, priznával, že na kontroly nehodil, chcel zmeniť psychiatra, ale nikto ho nechcel. U menovaného je predpoklad úpravy psychického stavu a abstinencie len ak sa bude dlhodobo nadchádzať v chránenom prostredí, kde bude pod dozorom dodržiavať liečbu a abstinovať a vtedy jeho správanie bude sociálne žiaduce. Jeho správanie by v takom prípade bolo bez porúch, bez prejavov emočnej instability, bez heteroagresivity. Vplyvom diagnóz sa môže dopúšťať trestnej činnosti. Súd vykonal dokazovanie výsluchom účastníkov konania, znaleckým dokazovaním a výsluchom znalkyne, ďalšími listinnými dôkazmi tvoriacimi obsah spisu a ustálil skutkový stav, tak ako je vyššie opísaný. Na základe takto ustáleného skutkového stavu súd právne uzatvára: 10. Podľa § 8 ods. 1 Obč. zák. spôsobilosť fyzickej osoby vlastnými právnymi úkonmi nadobúdať práva a brať na seba povinnosti (spôsobilosť na právne úkony) vzniká v plnom rozsahu plnoletosťou. 11. Podľa § 10 ods. 1 Obč. zák. ak fyzická osoba pre duševnú poruchu, ktorá nie je len prechodná, nie je vôbec schopná robiť právne úkony, súd ju pozbaví spôsobilosti na právne úkony. 12. Podľa § 10 ods. 2 Obč. zák. ak fyzická osoba pre duševnú poruchu, ktorá nie je len prechodná, alebo pre nadmerné požívanie alkoholických nápojov alebo omamných prostriedkov či jedov je schopná robiť len niektoré právne úkony, súd obmedzí jej spôsobilosť na právne úkony a rozsah obmedzenia určí v rozhodnutí. 13. Podľa § 243 ods. 1 písm. a) C.m.p. v konaní o spôsobilosti na právne úkony súd rozhoduje o obmedzení spôsobilosti fyzickej osoby na právne úkony. 14. Podľa § 249 C.m.p. ten, o koho spôsobilosti sa koná, má v konaní spôsobilosť samostatne konať pred súdom v plnom rozsahu. 15. Podľa § 248 ods. 1 C.m.p. konanie o obmedzení spôsobilosti na právne úkony je spojené s konaním o ustanovení opatrovníka podľa § 272 až 277. 16. Podľa § 248 ods. 2 C.m.p. ak súd rozhodne o obmedzení spôsobilosti na právne úkony, vo výroku rozsudku vymedzí rozsah, v akom spôsobilosť osoby na právne úkony obmedzil, a ustanoví jej opatrovníka. 17. Podľa § 249 ods. 1 C.m.p. ak sú dôvody na zmenu obmedzenia spôsobilosti na právne úkony alebo na navrátenie spôsobilosti na právne úkony, súd rozsudkom skôr vydaný rozsudok zmení alebo zruší 18. Podľa § 272 C.m.p. súd ustanoví opatrovníka fyzickej osobe, ak tak ustanovuje osobitný predpis. 19. Podľa §27 ods. 2 Občianskeho zákonníka (ďalej len Obč. zák.) zákonným zástupcom fyzickej osoby, ktorú súd rozhodnutím pozbavil spôsobilosti na právne úkony alebo ktorej spôsobilosť na právne úkony súd rozhodnutím obmedzil, je súdom ustanovený opatrovník. 20. Podľa § 27 ods. 3 Obč. zák. ak sa za opatrovníka nemôže ustanoviť príbuzný fyzickej osoby ani iná osoba, ktorá spĺňa podmienky pre ustanovenie za opatrovníka, ustanoví súd za opatrovníka orgán miestnej správy, prípadne jeho zariadenie, ak je oprávnené vystupovať svojím menom (§ 18 ods. 1). 21. Podľa § 28 Obč. zák. ak zákonní zástupcovia sú povinní aj spravovať majetok tých, ktorých zastupujú, a ak nejde o bežnú vec, je na nakladanie s majetkom potrebné schválenie súdu. 22. Podľa § 274 ods. 2 C.m.p. v uznesení, ktorým ustanovuje opatrovníka, súd vymedzí rozsah opatrovníckych práv a povinností v súlade s účelom, na ktorý bol opatrovník ustanovený.</w:t>
      </w:r>
    </w:p>
    <w:p>
      <w:r>
        <w:t>23. Podľa § 275 C.m.p. súdom ustanovený opatrovník vykonáva svoje práva a povinnosti riadne a dbá na pokyny súdu. 24. Podľa § 276 C.m.p. súd odvolá opatrovníka z výkonu funkcie na jeho návrh. 25. Podľa § 277 ods. 1 C.m.p. súd dohliada na spôsob výkonu funkcie opatrovníka. 26. Podľa § 277 ods. 2 C.m.p. súd opatrovníka odvolá, ak stratí spôsobilosť na výkon funkcie, porušuje povinnosti, zneužíva svoje práva alebo z iných vážnych dôvodov. Právne posúdenie vecí: 27. Spôsobilosť na právne úkony fyzických osôb vyjadruje oprávnenie jej nositeľa vlastným konaním robiť právne úkony. Je tak významnou právnou kategóriou vo sfére hmotného práva, no súčasne bezprostredne ovplyvňuje aj rozsah spôsobilosti samostatne konať pred súdom. Spôsobilosť na právne úkony je predpokladom privátnej autonómie subjektov. Zásah do spôsobilosti na právne úkony je potrebné vnímať ako zásah do osobnej integrity človeka, teda aj do práv garantovaných Listinou základných práv a slobôd a tiež Ústavou SR ako aj širokým spektrom medzinárodných dohovorov, ktorými je Slovenská republika viazaná. Zásahy do spôsobilosti na právne úkony človeka súvisia v zmysle platnej a účinnej právnej úpravy Obč. zák. s duševnou poruchou, ktorá je určitej intenzity a nie je len prechodná. Inštitút obmedzenia spôsobilosti na právne úkony nie je sankciou ale opatrením slúžiacim predovšetkým na ochranu záujmov samostatných fyzických osôb, ktoré pre svoj duševný stav nie sú schopné robiť s dostatočnou vlastnou zodpovednosťou právne úkony. Hoci stav de lege lata § 10 Obč. zák. umožňuje pozbaviť fyzickú osobu spôsobilosti na právne úkony, nadobudnutie účinnosti C.m.p. (procesnej úpravy) tento postup už vylučuje. Ak má byť zásah do spôsobilosti na právne úkony „formou ochrany“ predovšetkým osoby, ktorej sa týka, nie je ju možné zbaviť spôsobilosti konať v bežných veciach každodenného života. 28. Vzhľadom na zistený skutkový stav, predovšetkým závery znaleckého skúmania, výpoveď znalkyne na pojednávaní, ale aj výpoveď samotnej osoby o spôsobilosti ktorej sa koná, navrhovateľky a navrhovaného opatrovníka, súd dospel k záveru, že osoba o spôsobilosti ktorej sa koná, A. B., trpí závažným duševným ochorením, paranoidnou schizofréniou s postpsychotickým defektom osobnosti a poruchou psychiky a správania, zapríčinené nadužívam alkoholu s aktívnou závislosťou. Jeho stav je dlhodobo dekompenzovaný. Predpoklad úpravy psychického stavu a abstinencie u A. B. je len ak sa bude nachádzať v chránenom prostredí a kde pod dozorom bude dodržiavať liečbu ako aj abstinenciu. V prípade ak by p. B. pravidelne užíval psychofarmaká, pravidelne sa dostavoval na kontroly, abstinoval, jeho psychický stav by bol zachovaný v takej miere, že jeho správanie by bolo spoločensky a sociálne akceptovateľné, bez porúch, bez prejavov emočnej instability bez heteroagresivity. Stav A. B. bol v čase vyšetrenia dlhodobo dekompenzovaný, priznával, že na kontroly nehodil, chcel zmeniť psychiatra, ale nikto ho nechcel. Aktuálne je pod dozorom, keďže je vo výkone väzby. Osoba o spôsobilosti ktorej sa koná nesúhlasí so svojím umiestnením v žiadnom zariadení, čo niekoľkokrát prezentoval na pojednávaní. Preto vzhľadom na vyjadrenie znalkyne v znaleckom posudku, ktoré úkony p. A. B., nie je schopný robiť, na ktorom zotrvala aj pri svojom výsluchu na pojednávaní, ako aj výpovede účastníkov konania súd obmedzil A. B. v spôsobilosti na právne úkony v takom rozsahu, že nie je spôsobilý zastupovať sa pred súdmi a inými orgánmi verejnej moci, uzatvárať zmluvy akéhokoľvek druhu, udeľovať plné moci, preberať dôchodok a iné sociálne dávky, preberať doporučené úradné listové zásielky, disponovať finančnou hotovosťou nad 50,- eur mesačne, disponovať hnuteľným a nehnuteľným majetkom, vyslovovať informovaný súhlas s poskytovaním zdravotnej starostlivosti, ako v ústavnej tak aj v ambulantnej forme, vrátane sociálnej starostlivosti, rozhodovať o mieste svojho trvalého a prechodného bydliska. 29. Súd zdôrazňuje, že obmedzenie spôsobilosti na právne úkony nie je sankciou, ale opatrením slúžiacim predovšetkým na ochranu záujmov A. B., ktorý pre svoj duševný stav nie je schopný robiť s dostatočnou vlastnou zodpovednosťou právne úkony na vykonávanie ktorých bol obmedzený. 30. Keďže s konaním o obmedzenie spôsobilosti na právne úkony je spojené aj konanie o ustanovení opatrovníka súd osobe obmedzenej na právnych úkonoch, A. B., ustanovil II. výrokom tohto rozsudku opatrovníka – Obec Vyšné Ružbachy. Nakoľko súdu sa nepodarilo zistiť osobu, ktorá by o výkon funkcie</w:t>
      </w:r>
    </w:p>
    <w:p>
      <w:r>
        <w:t>opatrovníka A. B. prejavila záujem, fyzickú osobu, ktorá by bola spôsobila vykonávať túto funkciu a zároveň by udelila súhlas na ustanovenie do tejto funkcie neoznámil ani sám A. B., ani navrhovateľka a ani Obec Vyšné Ružbachy, súd v zmysle citovaného § 27 ods. 3 Obč. zák. ustanovil tzv. verejného opatrovníka, t.j. obec v ktorej je osoba o spôsobilosti ktorej sa koná evidovaná k trvalému pobytu – Obec Vyšné Ružbachy. 31. Je pravdou, že v zmysle judikatúry sa zásadne vyžaduje, aby súdom ustanovený opatrovník s prevzatím funkcie opatrovníka súhlasil a aby nebol do tejto funkcie ustanovený proti svojej vôli. Predpokladom na ustanovenie navrhnutej osoby za opatrovníka je súhlas tejto osoby s prevzatím funkcie opatrovníka. Avšak v danom prípade vhodná fyzická osoba nebola zistená, niet inej možnosti ako ustanoviť tzv. verejného opatrovníka, keď súd musí zabezpečiť ochranu práv nesvojprávnej osoby ustanovením jej opatrovníka čo vyplýva zo znenia § 27 ods. 3 Obč. zák., ktoré je formulované imperatívne. 32. Súd súčasne III. výrokom vymedzil rozsah práv a povinností opatrovníkovi tak, že tento je oprávnený a povinný za osobu o spôsobilosti ktorej sa koná vykonávať bežné úkony na ktoré bola obmedzené. Pokiaľ ide o vykonávanie právnych úkonov v nie bežných veciach a disponovanie nehnuteľným majetkom, na to je potrebný súhlas súdu. Trovy konania 33. Podľa § 52 C.m.p. žiaden z účastníkov nemá nárok na náhradu trov konania, ak tento zákon neustanovuje inak. 34. Podľa § 251 ods. 1 C.m.p. trovy dôkazov platí štát. 35. O trovách konania účastníkov súd rozhodol podľa § 52 C.m.p. tak, že žiaden nemá nárok na náhradu trov konania. 36. Štát platil trovy znaleckého dokazovania, v zmysle § 251 C.m.p. trovy dôkazov v konaní o spôsobilosti na právne úkony platí štát, preto súd V. výrokom vyslovil, že štátu právo na náhradu trov konania nepriznáva. Poučenie: Proti tomuto rozsudku je prípustné odvolanie (§ 355 ods. 1 C.s.p.). Odvolanie môže podať účastník , v ktorého neprospech bolo rozhodnutie vydané</w:t>
      </w:r>
    </w:p>
    <w:p>
      <w:r>
        <w:t>(§ 359 C.s.p.).</w:t>
      </w:r>
    </w:p>
    <w:p>
      <w:r>
        <w:t>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w:t>
      </w:r>
    </w:p>
    <w:p>
      <w:r>
        <w:t>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Navrhovateľka a navrhovaný opatrovník sa odvolania vzdali.</w:t>
      </w:r>
    </w:p>
    <w:p/>
    <w:p>
      <w:r>
        <w:t>Zdroj: KAUZIS.SK – https://www.kauzis.sk/judikatura/r/ECLI:SK:OSSL:2025:8525200091.6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