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4P/54/2025 z 8. 7. 2025</w:t>
      </w:r>
    </w:p>
    <w:p>
      <w:r>
        <w:t>Rozsudok Okresného súdu Stará Ľubovňa z 8. júla 2025, sp. zn. 4P/54/2025, ECLI:SK:OSSL:2025:8525200413.3</w:t>
      </w:r>
    </w:p>
    <w:p>
      <w:r>
        <w:t>Súd: Okresný súd Stará Ľubovňa</w:t>
      </w:r>
    </w:p>
    <w:p>
      <w:r>
        <w:t>Spisová značka: 4P/54/2025</w:t>
      </w:r>
    </w:p>
    <w:p>
      <w:r>
        <w:t>ECLI: ECLI:SK:OSSL:2025:8525200413.3</w:t>
      </w:r>
    </w:p>
    <w:p>
      <w:r>
        <w:t>Dátum vydania: 8. 7.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4P/54/2025 8525200413 08. 07. 2025 JUDr. Jana Sroková ECLI:SK:OSSL:2025:8525200413.3</w:t>
      </w:r>
    </w:p>
    <w:p>
      <w:r>
        <w:t>ROZSUDOK V MENE SLOVENSKEJ REPUBLIKY Okresný súd Stará Ľubovňa sudkyňou JUDr. Janou Srokovou v rodinnoprávnej veci navrhovateľky A. B. C., nar. XX.XX.XXXX, trvale bytom D. E. XX, právne zastúpená JUDr. Gáborom Szarázom, advokátom, Advokátskej kancelárie so sídlom Garbiarska 20, Stará Ľubovňa proti manželovi F. C., nar. XX.XX.XXXX, trvale bytom D. E. XX, v konaní o rozvod manželstva a úpravu pomerov manželov na čas po rozvode k mal. deťom A. C., nar. XX.XX.XXXX a G. C., nar. XX.XX.XXXX, obe trvale bytom D. E. XX, zast. kolíznym opatrovníkom Úradom práce, sociálnych vecí a rodiny Stará Ľubovňa takto rozhodol: I. Súd manželstvo účastníkov konania A. B. C., rod. H., nar. XX.XX.XXXX a F. C., rod. C., nar. XX.XX.XXXX, uzavreté dňa XX.XX.XXXX, zapísané v knihe manželstiev Matričného úradu Podolínec, zväzok X, ročník XXXX, strana XX, por. č. XX r o z v á d z a. Súd schvaľuje rodičovskú dohodu uzavretú medzi rodičmi v nasledovnom znení: II. Mal. deti A. C., nar. XX.XX.XXXX a mal. G. C., nar. XX.XX.XXXX, sa na čas po rozvode manželstva z v e r u j ú do osobnej starostlivosti matky A. B. C., nar. XX.XX.XXXX. III. Obaja rodičia sú oprávnení a povinní mal. deti zastupovať a spravovať ich majetok v bežných veciach. IV. Otec mal. detí F. C., nar. XX.XX.XXXX je p o v i n n ý prispievať na výživu mal. A. C., nar. XX.XX.XXXX sumou vo výške 300,- eur mesačne a mal. G. C., nar. XX.XX.XXXX sumou vo výške 250,eur mesačne, ktoré výživné je otec povinný uhrádzať vždy do 28 – ho dňa toho - ktorého mesiaca vopred k rukám matky mal. detí. V. Súd styk otca s mal. deťmi n e u p r a v u j e. VI. Žiaden z účastníkov n e m á n á r o k na náhradu trov tohto konania. odôvodnenie: 1. Navrhovateľka návrhom podaným na tunajší súd dňa 02.04.2025 žiadala, aby súd rozviedol jej manželstvo uzavreté s manželom a upravil na čas po rozvode rodičovské práva a povinnosti k mal. deťom pochádzajúcim z manželstva. 2. Podľa § 2 ods. 1 zak. č. 161/2015 Z.z. Civilného mimosporového poriadku /ďalej len CMP/ na konania podľa tohto zákona sa použijú ustanovenia Civilného sporového poriadku / ďalej len CSP/ , ak tento zákon neustanovuje inak.</w:t>
      </w:r>
    </w:p>
    <w:p>
      <w:r>
        <w:t>3. Podľa § 221 písm. a/ Civilného sporového poriadku /CSP/ písomné vyhotovenie rozsudku nemusí obsahovať odôvodnenie, ak je na pojednávaní vyhlásený rozsudok za prítomnosti všetkých strán alebo ich zástupcov, ktorí sa vzdajú odvolania. 4. Keďže po vyhlásení rozsudku sa všetci účastníci vzdali práva podať odvolanie, rozsudok v zmysle cit. zák. ustanovení nemusí obsahovať odôvodnenie. 5. Podľa § 122 Civilného mimosporového poriadku /CMP/ ak vo veciach starostlivosti súdu o maloletých súd rozsudkom schválil dohodu rodičov, nie sú rodičia oprávnení podať voči výroku ktorým bola dohoda schválená, odvolanie. 6. Pre prípad ďalšieho rozhodovania o výške výživného súd uvádza, že matka mal. detí pracuje ako učiteľka v ZŠ s MŠ B. a jej priemerný mesačný príjem činí 1.300,- eur, plus prídavok na mal. deti. Otec mal. detí pracuje ako SZČO v oblasti zámočníctva, zváračstva a montážnych prác turnusovo a jeho priemerný mesačný príjem je 3.300,- eur. 7. O trovách konania rozhodol súd podľa § 52 CMP, podľa ktorého žiaden z účastníkov nemá nárok na náhradu trov konania, ak tento zákon neustanovuje inak. Poučenie: Proti tomuto rozsudku vo výroku o rozvode manželstva odvolanie nie je možné podať, pretože sa tohoto práva účastníci konania po jeho vyhlásení a po poučení o opravnom prostriedku výslovne vzdali oproti podpisu do zápisnice súdu. Proti výroku, ktorým bola schválená rodičovská dohoda rodičia nie sú oprávnení podať odvolanie. Kolízny opatrovník nemôže podať odvolanie proti tomuto výroku rozsudku, pretože sa tohto práva po jeho vyhlásení a po poučení o opravnom prostriedku výslovne vzdal oproti podpisu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https://www.kauzis.sk/judikatura/r/ECLI:SK:OSSL:2025:8525200413.3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