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4P/60/2025 z 23. 4. 2025</w:t>
      </w:r>
    </w:p>
    <w:p>
      <w:r>
        <w:t>Uznesenie Okresného súdu Stará Ľubovňa z 23. apríla 2025, sp. zn. 4P/60/2025, ECLI:SK:OSSL:2025:8525200489.2</w:t>
      </w:r>
    </w:p>
    <w:p>
      <w:r>
        <w:t>Súd: Okresný súd Stará Ľubovňa</w:t>
      </w:r>
    </w:p>
    <w:p>
      <w:r>
        <w:t>Spisová značka: 4P/60/2025</w:t>
      </w:r>
    </w:p>
    <w:p>
      <w:r>
        <w:t>ECLI: ECLI:SK:OSSL:2025:8525200489.2</w:t>
      </w:r>
    </w:p>
    <w:p>
      <w:r>
        <w:t>Dátum vydania: 23. 4.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4P/60/2025 8525200489 23. 04. 2025 JUDr. Jana Sroková ECLI:SK:OSSL:2025:8525200489.2</w:t>
      </w:r>
    </w:p>
    <w:p>
      <w:r>
        <w:t>Uznesenie Okresný súd Stará Ľubovňa v rodinnoprávnej veci starostlivosti súdu o mal. A. B. nar. XX.XX.XXXX, trvale bytom C. XX, t.č. Centrum pre deti a rodiny Vranov nad Topľou, zast. kolíznym opatrovníkom Úradom práce, sociálnych vecí a rodiny Stará Ľubovňa, dieťa rodičov D. B., nar. XX.XX.XXXX, trvale bytom C. XX a C. B., nar. XX.XX.XXXX, trvale bytom C. XX, t.č. bytom C. XX, v konaní o zrušenie neodkladného opatrenia takto rozhodol: Súd z r u š u j e neodkladné opatrenie nariadené uznesením Okresného súdu Stará Ľubovňa č. k. 4P/10/2025-16 zo dňa 20. 01.2025. odôvodnenie: 1. Uznesením Okresného súdu Stará Ľubovňa č.k. 4P/10/2025-16 zo dňa 20.01.2025, ktoré nadobudlo právoplatnosť dňa 11.03.2025 súd nariadil ponechať mal. dieťa A. B., nar. XX.XX.XXXX v starostlivosti zariadenia Centra pre deti a rodiny Vranov nad Topľou, a to najdlhšie na šesť mesiacov od právoplatnosti tohto uznesenia. 2. Rozsudkom Okresného súdu Stará Ľubovňa č.k. 4P/16/2025-56 zo dňa 18.03.2025 súd nariadil ústavnú starostlivosť u mal. A. B., nar. XX.XX.XXXX, ktorá sa bude vykonávať v Centre pre deti a rodiny Vranov nad Topľou. Rozsudok nadobudol právoplatnosť dňa 12.04.2025. 3. Súd následne uznesením zo dňa 23.04.2025 začal konanie o zrušenie neodkladného opatrenia z úradnej povinnosti a ustanovil mal. dieťaťu kolízneho opatrovníka ÚPSVaR v Starej Ľubovni. 4. Podľa § 2 ods. 1 zákona č. 161/2015 Z.z. Civilného mimosporového poriadku (ďalej len „CMP“) na konania podľa tohto zákona sa použijú ustanovenia Civilného sporového poriadku, ak tento zákon neustanovuje inak. 5. Podľa § 363 CMP súd môže aj bez návrhu zrušiť nariadené neodkladné opatrenie, ak sa zmenia pomery alebo ak odpadli dôvody, pre ktoré bolo nariadené. 6. Podľa § 365 ods. 7 CMP súd zruší neodkladné opatrenie, ak sa zmenia pomery alebo ak odpadli dôvody, pre ktoré bolo nariadené. Podľa ods. 8 cit. zák. ust. o návrhu na zrušenie neodkladného opatrenia rozhodne súd do desiatich dní od jeho doručenia. 7. Podľa § 339 zákona č. 160/2015 Z.z. Civilného sporového poriadku (ďalej len „CSP“) o zrušení neodkladného opatrenia môže súd rozhodnúť bez pojednávania. V prípadoch neodkladného opatrenia podľa § 334 a 338 majú dotknuté subjekty právo vyjadriť sa k návrhu na zrušenie neodkladného opatrenia.</w:t>
      </w:r>
    </w:p>
    <w:p>
      <w:r>
        <w:t>8.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9. Súd vychádzajúc z obsahu spisu dospel k záveru, že t.č. je dôvodné uvedené neodkladné opatrenie nariadené uznesením Okresného súdu Stará Ľubovňa č. k. 4P/10/2025-16 zo dňa 20.01.2025 zrušiť. Dôvodom je tá skutočnosť, že t. č. už nepretrvávajú dôvody nariadenia neodkladného opatrenia, tieto pominuli z dôvodu toho, že už bolo rozhodnuté vo veci samej, a to rozsudkom tunajšieho súdu č.k. 4P/16/2025-56 zo dňa 18.03.2025, ktorý nadobudol právoplatnosť dňa 12.04.2025.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https://www.kauzis.sk/judikatura/r/ECLI:SK:OSSL:2025:8525200489.2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