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4P/69/2025 z 17. 6. 2025</w:t>
      </w:r>
    </w:p>
    <w:p>
      <w:r>
        <w:t>Rozsudok Okresného súdu Stará Ľubovňa z 17. júna 2025, sp. zn. 4P/69/2025, ECLI:SK:OSSL:2025:8525200570.2</w:t>
      </w:r>
    </w:p>
    <w:p>
      <w:r>
        <w:t>Súd: Okresný súd Stará Ľubovňa</w:t>
      </w:r>
    </w:p>
    <w:p>
      <w:r>
        <w:t>Spisová značka: 4P/69/2025</w:t>
      </w:r>
    </w:p>
    <w:p>
      <w:r>
        <w:t>ECLI: ECLI:SK:OSSL:2025:8525200570.2</w:t>
      </w:r>
    </w:p>
    <w:p>
      <w:r>
        <w:t>Dátum vydania: 17. 6.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4P/69/2025 8525200570 17. 06. 2025 JUDr. Jana Sroková ECLI:SK:OSSL:2025:8525200570.2</w:t>
      </w:r>
    </w:p>
    <w:p>
      <w:r>
        <w:t>ROZSUDOK V MENE SLOVENSKEJ REPUBLIKY Okresný súd Stará Ľubovňa sudkyňou JUDr. Janou Srokovou v rodinnoprávnej veci starostlivosti súdu o mal. dieťa: A. B., nar. XX.XX.XXXX, trvale bytom C. D. XXX, zastúpený kolíznym opatrovníkom: Úrad práce, sociálnych vecí a rodiny Stará Ľubovňa, dieťa rodičov: mal. matky - A. B., nar. XX.XX.XXXX, trvale bytom C. D. XXX, zastúpená zákonnými zástupcami - otcom: E. B., nar. XX.XX.XXXX, trvale bytom C. D. XXX a matkou: F. B., nar. XX.XX.XXXX, trvale bytom C. D. XXX, v konaní o ustanovenie poručníka takto rozhodol: I. Súd u s t a n o v u j e mal. A. B., nar. XX.XX.XXXX poručníčku v osobe starej matky F. B., nar.XX.XX.XXXX, trvale bytom C. D. XXX. II. Poručníčka F. B., nar.XX.XX.XXXX j e p o v i n n á sa o maloleté dieťa A. B., nar. XX.XX.XXXX osobne starať, zabezpečovať jeho výchovu, zastupovať ho a spravovať jeho majetok. Ak nejde o bežnú vec je na nakladanie s majetkom potrebné schválenie súdu. III. Poručníčka j e p o v i n n á predkladať správy súdu o nakladaní s majetkom mal. dieťaťa a správy o mal. dieťati, dva-krát ročne k 30.06. a k 31.12. toho - ktorého roka. IV. Rozhodnutie poručníčky týkajúce sa každej podstatnej veci mal. dieťaťa vyžaduje schválenie súdu. V. Po zániku poručníctva je poručníčka p o v i n n á predložiť súdu záverečný účet zo správy majetku mal. dieťaťa najneskôr do dvoch mesiacov po zániku poručníctva. VI. Žiaden z účastníkov n e m á n á r o k</w:t>
      </w:r>
    </w:p>
    <w:p>
      <w:r>
        <w:t>na náhradu trovu tohto konania.</w:t>
      </w:r>
    </w:p>
    <w:p>
      <w:r>
        <w:t>odôvodnenie: 1. Podľa § 221 písm. a/ Civilného sporového poriadku /CSP/ písomné vyhotovenie rozsudku nemusí obsahovať odôvodnenie, ak je na pojednávaní vyhlásený rozsudok za prítomnosti všetkých strán alebo ich zástupcov, ktorí sa vzdajú odvolania. 2. Podľa § 2 ods. 1 zak. č. 161/2015 Z.z. Civilného mimosporového poriadku /CMP/ na konania podľa tohto zákona sa použijú ustanovenia CSP , ak tento zákon neustanovuje inak. 3. O trovách konania súd rozhodol v zmysle § 52 CMP tak, že žiaden z účastníkov nemá nárok na náhradu trov konania, ak tento zákon neustanovuje inak. Poučenie:</w:t>
      </w:r>
    </w:p>
    <w:p>
      <w:r>
        <w:t>Proti tomuto rozsudku nemožno podať odvolanie, nakoľko sa tohto svojho práva účastníci konania účinne v súlade s ustanovením § 368 CSP pred súdom vzdali, čo potvrdili svojím podpisom do zápisnice súdu.</w:t>
      </w:r>
    </w:p>
    <w:p/>
    <w:p>
      <w:r>
        <w:t>Zdroj: KAUZIS.SK – https://www.kauzis.sk/judikatura/r/ECLI:SK:OSSL:2025:8525200570.2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