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5Csp/7/2026 z 22. 6. 2026</w:t>
      </w:r>
    </w:p>
    <w:p>
      <w:r>
        <w:t>Rozsudok Okresného súdu Stará Ľubovňa z 22. júna 2026, sp. zn. 5Csp/7/2026, ECLI:SK:OSSL:2026:8526200088.2</w:t>
      </w:r>
    </w:p>
    <w:p>
      <w:r>
        <w:t>Súd: Okresný súd Stará Ľubovňa</w:t>
      </w:r>
    </w:p>
    <w:p>
      <w:r>
        <w:t>Spisová značka: 5Csp/7/2026</w:t>
      </w:r>
    </w:p>
    <w:p>
      <w:r>
        <w:t>ECLI: ECLI:SK:OSSL:2026:8526200088.2</w:t>
      </w:r>
    </w:p>
    <w:p>
      <w:r>
        <w:t>Dátum vydania: 22.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5Csp/7/2026 8526200088 22. 06. 2026 JUDr. Emília Mišenková ECLI:SK:OSSL:2026:8526200088.2</w:t>
      </w:r>
    </w:p>
    <w:p>
      <w:r>
        <w:t>ROZSUDOK V MENE SLOVENSKEJ REPUBLIKY Okresný súd Stará Ľubovňa sudkyňou JUDr. Emíliou Mišenkovou, v sporovej veci žalobcu: Všeobecná úverová banka, a.s.; skrátený názov: VÚB, a.s., so sídlom Mlynské nivy 1, 829 90 Bratislava, IČO: 31 320 155, právne zast.: Advokátska kancelária Gallo, s.r.o., so sídlom Jilemnického 4012/30, 036 01 Martin, IČO: 36 715 352, proti žalovanému: A. B., nar. XX.X.XXXX, bytom C. XXXX/XX, XXX XX D. E., v konaní o zaplatenie 620,76 eur s príslušenstvom, takto rozhodol: I. Žalovaný j e p o v i n n ý zaplatiť žalobcovi sumu 620,76 eur spolu s úrokmi z omeškania vo výške 5 % ročne zo sumy 620,76 eur od 19.3.2026 do zaplatenia, to všetko v lehote 3 dní od právoplatnosti rozsudku. II.</w:t>
      </w:r>
    </w:p>
    <w:p>
      <w:r>
        <w:t>V prevyšujúcej časti žalobu</w:t>
      </w:r>
    </w:p>
    <w:p>
      <w:r>
        <w:t>zamieta.</w:t>
      </w:r>
    </w:p>
    <w:p>
      <w:r>
        <w:t>III. Žalobcovi priznáva n á r o k na náhradu trov konania voči žalovanému v rozsahu 100 % s tým, že o výške náhrady trov konania bude rozhodnuté samostatným uznesením po právoplatnosti rozhodnutia, ktorým sa konanie skončí. odôvodnenie: 1. Žalobca žalobou podanou na tunajšom súde dňa 27.1.2026 sa ako právny nástupca spoločnosti Consumer Finance Holding a.s. domáhal voči žalovanému zaplatenia sumy 620,76 eur, úrokov z omeškania vo výške 5 % ročne od 1.6.2023 do zaplatenia a náhrady trov konania. Žalobu odôvodnil tým, že žalobca a žalovaný uzatvorili spolu dňa 1.8.2022 zmluvu o pôžičke, na základe ktorej žalobca poskytol žalovanému pôžičku vo výške 643,93 eur. Žalovaný sa zaviazal splatiť pôžičku 40 mesačnými splátkami po 22,34 eur, a to až do celkovej sumy pôžičky vo výške 893,60 eur. Ku dňu podania žaloby žalovaný z vyššie uvedenej sumy uhradil sumu 111,70 eur. Vzhľadom na to, že žalovaný porušil svoju povinnosť splácať poskytnutú pôžičku, žalobca ho listom zo dňa 25.4.2023 označeným ako Predžalobná upomienka vyzval k úhrade dlžných splátok, na čo mu poskytol dodatočnú lehotu na plnenie viac než 30 dní. Súčasne žalovaného upozornil, že ak nedôjde k úhrade najstaršej omeškanej splátky, žalobca bude oprávnený úver zosplatniť. Nakoľko žalovaný dlžné splátky ani v dodatočne poskytnutej lehote neuhradil, žalobca dňa 25.5.2023 úver zosplatnil, o čom bol žalovaný informovaný listom zo dňa 26.5.2023. 2. Žalovanému bola žaloba spolu s prílohami a s výzvou na vyjadrenie v lehote 15 dní odo dňa doručenia zásielky doručená dňa 18.3.2026. Žalovaný na výzvu súdu nereagoval, k žalobe sa nevyjadril. 3. Nakoľko predmetom sporu je zaplatenie sumy 620,76 eur s príslušenstvom, pričom ide iba o otázku jednoduchého právneho posúdenia veci, skutkové tvrdenia strán nie sú sporné a hodnota sporu bez príslušenstva neprevyšuje 1.000,- eur, pojednávanie nebolo potrebné podľa § 297, písm. b/ CSP nariadiť.</w:t>
      </w:r>
    </w:p>
    <w:p>
      <w:r>
        <w:t>Podľa § 219 ods. 3 CSP bolo miesto a čas verejného vyhlásenia rozsudku dňa 22.6.2026 o 9.00 hod. oznámené na úradnej tabuli a na webovej stránke súdu dňa 20.5.2026. 4. Súd sa oboznámil s podanou žalobou, so zmluvou o viazanom spotrebiteľskom úvere zo dňa 1.8.2022, s prehľadom splátok a úhrad, predžalobnou upomienkou zo dňa 25.4.2023, so závadou v doručení, s oznámením o vyhlásení okamžitej splatnosti úveru zo dňa 26.5.2023 a zistil tento skutkový stav: 5. Žalobca uzavrel so žalovaným dňa 1.8.2022 zmluvu o viazanom spotrebiteľskom úvere, kde v časti IV. označenej ako Predmet financovania úveru a podmienky úveru sú uvedené konkrétne podmienky poskytnutého úveru a to nasledovne: druh – viazaný spotrebiteľský úver, celková výška úveru: 643,93 eur, počet splátok: 40, výška splátky: 22,34 eur, celková čiastka: 834,75 eur, fixná ročná úroková sadzba: 17,56 %, RPMN: 16,61 %. Dátum prvej splátky: 20.9.2022. Doba trvania zmluvy je uvedená: 40 mesiacov, alebo do splatenia všetkých záväzkov klienta podľa tejto zmluvy. 6. Ďalšie zmluvné podmienky sú uvedené v nasledujúcich článkoch zmluvy, pričom v článku X. sú obsiahnuté následky nesplácania úveru. V bode 10.2 zmluvy si jej účastníci dohodli oprávnenie spoločnosti na vyhlásenie okamžitej splatnosti pôžičky, ak je klient v omeškaní s úhradou jednej splátky alebo čiastočného plnenia splátky počas obdobia dlhšieho ako 3 mesiace, a to za podmienok ustanovených v § 53 ods. 9 a § 565 Občianskeho zákonníka. 7. Podľa prehľadu splátok a úhrad (č.l. 20 spisu) žalovaný z úveru uhradil sumu 111,70 eur. 8. Žalobca listom zo dňa 25.4.2023 vyzval žalovaného na úhradu nedoplatku na splátkach vo výške 67,02 eur s tým, že ak do 15.5.2023 nebude nedoplatok uhradený, dôjde k vyhláseniu predčasnej splatnosti celého zostatku úveru. Žalobca tento list zaslal žalovanému na adresu jeho trvalého bydliska, žalovaný si zásielku v odbernej lehote neprevzal. Zásielka bola vrátená žalobcovi dňa 10.5.2023. Nakoľko k úhrade dlžných splátok nedošlo, žalobca úver predčasne zosplatnil dňa 25.5.2023, čo vyplýva zo spomínaného prehľadu splátok a úhrad a aj zo žaloby a túto skutočnosť oznámil žalovanému listom zo dňa 26.5.2023. Žalobca zaslal oznámenie žalovanému na adresu jeho trvalého bydliska, žalovaný si zásielku v odbernej lehote neprevzal. Zásielka bola vrátená žalobcovi dňa 13.6.2023. Zistený skutkový stav súd podriadil pod tieto zákonné ustanovenia: 9. Podľa § 497 Obchodného zákonníka účinného v čase uzavretia zmluvy (ďalej aj „ObZ“), sa zmluvou o úvere zaväzuje veriteľ, že na požiadanie dlžníka poskytne v jeho prospech peňažné prostriedky do určitej sumy, a dlžník sa zaväzuje poskytnuté peňažné prostriedky vrátiť a zaplatiť úroky. 10. Podľa § 52 ods. 1 Občianskeho zákonníka (ďalej „OZ“), spotrebiteľskou zmluvou je každá zmluva bez ohľadu na právnu formu, ktorú uzatvára dodávateľ so spotrebiteľom. 11. Podľa § 52 ods. 3 OZ, dodávateľ je osoba, ktorá pri uzatváraní a plnení spotrebiteľskej zmluvy koná v rámci predmetu svojej obchodnej alebo inej podnikateľskej činnosti. 12. Podľa § 52 ods. 4 OZ, spotrebiteľ je fyzická osoba, ktorá pri uzatváraní a plnení spotrebiteľskej zmluvy nekoná v rámci predmetu svojej obchodnej činnosti alebo inej podnikateľskej činnosti. 13.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14. Podľa § 1 ods. 2 zák. č. 129/2010 Z.z. o spotrebiteľských úveroch účinného v čase podpísania zmluvy, spotrebiteľským úverom na účely tohto zákona je dočasné poskytnutie peňažných prostriedkov na základe zmluvy o spotrebiteľskom úvere vo forme pôžičky, úveru, odloženej platby alebo obdobnej finančnej pomoci poskytnutej veriteľom spotrebiteľovi.</w:t>
      </w:r>
    </w:p>
    <w:p>
      <w:r>
        <w:t>15. Podľa § 2 písm. a), b) a d) zák. č. 129/2010 Z.z. o spotrebiteľských úveroch účinného v čase podpísania zmluvy,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16. Podľa § 7 ods. 1 citovaného zákona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17. Podľa § 11 ods. 2 citovaného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 18. Podľa § 517 ods. 1 veta prvá OZ dlžník, ktorý svoj dlh riadne a včas nesplní, je v omeškaní. 19.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Podľa § 3 ods. 1 nariadenia vlády SR č. 87/1995 Z.z. účinného od 1.2.2013, výška úrokov z omeškania je o 5 percentuálnych bodov vyššia ako základná úroková sadzba Európskej centrálnej banky platná k prvému dňu omeškania s plnením peňažného dlhu. Súd dospel k tomuto právnemu záveru: 21. Súd podrobil súdnemu prieskumu predmetnú zmluvu o spotrebiteľskom úvere uzatvorenú medzi zmluvnými stranami dňa 1.8.2022, pričom nezistil žiadny dôvod pre prijatie záveru o bezúročnosti a bezpoplatkovosti úveru. Zmluva totiž obsahuje všetky povinné náležitosti, ktoré sú vymenované v § 9 ods. 2 citovaného zákona. V zmluve je uvedená správna výška RPMN, úver bol poskytnutý bezhotovostne, sú v nej uvedené všetky plnenia, ktoré vyplývajú pre spotrebiteľa z tejto zmluvy a RPMN neprekročila najvyššiu prípustnú výšku odplaty, ktorá podľa § 1a ods. 1 nariadenia vlády SR č. 87/1995 Z.z. predstavovala dvojnásobok priemernej RPMN. Pokiaľ ide o formu zmluvy, v danom prípade ide o tzv. webovú zmluvu, ktorá bola uzatvorená prostredníctvom prostriedkov diaľkovej komunikácie (cez internet), tzn. bez vyhotovenia zmluvy o spotrebiteľskom úvere v listinnej forme podpísanej zmluvnými stranami. Žalovaný s takýmto spôsobom uzatvorenia zmluvy bol oboznámený na základe čl. 6 s názvom „Uzatváranie zmlúv elektronickými prostriedkami“ Všeobecných obchodných podmienok Quatro, ktoré sú v zmysle čl. 11.2 zmluvy neoddeliteľnou súčasťou zmluvy. 22. Ďalej sa súd zaoberal tým, či pri poskytovaní tohto spotrebiteľského úveru žalovanému veriteľ postupoval s riadnou odbornou starostlivosťou, a teda či riadne zisťoval a preveroval jeho bonitu. Bolo pritom preukázané, že žalovaný sa pri uzatváraní zmluvného vzťahu prezentoval ako zamestnanec s priemerným čistým mesačným príjmom 630,- eur zo zamestnaneckého pomeru, uzatvoreného na dobu neurčitú, zamestnaný je od 04/2022. Na výzvu súdu žalobca predložil dôkazy, že pred uzatvorením zmluvy so žalovaným overoval schopnosť žalovaného splácať úver, a to dopytom v registri klientskych informácií (ďalej len „RKI“), kde z výpisu z RKI vyplýva, že žalovaný nemá žiadnu splátkovú zmluvu v nejakej inej bankovej inštitúcii, rovnako nedisponuje žiadnou kreditnou kartou. Z uvedeného plynie, že veriteľ si splnil svoju povinnosť v zmysle § 11 ods. 2 zák. č. 129/2010 Z.z., správne vyhodnotil</w:t>
      </w:r>
    </w:p>
    <w:p>
      <w:r>
        <w:t>bonitu žalovaného a to vzhľadom nielen na jeho pomery, ale aj na výšku mesačnej splátky tohto úveru, ktorá primeraná a predstavovala 22,34 eur mesačne. Nenastal teda dôvod pre fikciu o bezúročnosti a bezpoplatkovosti úveru v zmysle ustanovenia § 11 ods. 2 zák. č. 129/2010 Z.z., a preto žalobca bol oprávnený na predčasné zosplatnenie úveru. 23. Súd napokon ex offo skúmal aj to, či uplatnená pohľadávka nie je, hoci len čiastočne, premlčaná. Táto povinnosť mu vyplýva z § 54a Občianskeho zákonníka.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24. Pri spotrebiteľských zmluvách je teda potrebné premlčanie posúdiť podľa Občianskeho zákonníka, konkrétne § 101 a 103 Občianskeho zákonníka. 25. Podľa § 101 Občianskeho zákonníka pokiaľ nie je v ďalších ustanoveniach uvedené inak, premlčacia doba je trojročná a plynie odo dňa, keď sa právo mohlo vykonať po prvý raz. 26.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Iná situácia je však v prípade straty výhody splátok v spotrebiteľských vzťahoch podľa § 53 ods. 9 Občianskeho zákonníka, v ktorých premlčacia lehota začne plynúť prvý deň nasledujúci po uplynutí troch mesiacov od omeškania so splnením splátky, pre nesplnenie ktorej sa stal splatným celý dlh za podmienky, že v lehote uvedených 3 mesiacov od omeškania uplynula tiež 15 dňová lehota na upozornenie spotrebiteľa. V tomto prípade začala premlčacia lehota plynúť prvý deň nasledujúci po uplynutí troch mesiacov od omeškania so splnením splátky, pre ktorú sa stal zročným celý dlh, t.j. dňom 21.5.2023 a plynula do 21.5.2026. Keďže žaloba bola podaná dňa 27.1.2026, teda pred uplynutím premlčacej doby, nárok bol uplatnený včas a pohľadávka nie je premlčaná ani čiastočne. 27. Z vyššie uvedených dôvodov súd teda považoval za právne dôvodné žalobe o zaplatenie sumy 620,76 eur v celom rozsahu vyhovieť. 28. Podľa § 517 ods. 1 vety prvej Občianskeho zákonníka dlžník, ktorý svoj dlh riadne a včas nesplní, je v omeškaní. 29.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30. Podľa § 3 nariadenia vlády Slovenskej republiky č. 87/1995 Z.z. výška úrokov z omeškania je o päť percentuálnych bodov vyššia ako základná úroková sadzba Európskej centrálnej banky platná k 1. dňu omeškania s plnením peňažného dlhu. 31. Žalobca úver zosplatnil dňa 25.5.2023 a oznámenie o vyhlásení okamžitej splatnosti úveru žalobca realizoval listom zo dňa 26.5.2023, ktoré oznámenie zaslal žalovanému, avšak zásielka žalovanému doručená nebola. Skutočnosť, kedy sa žalovaný dozvedel o zosplatnení úveru, má zásadný vplyv na rozhodnutie vo vzťahu k nároku žalobcu na príslušenstvo pohľadávky, konkrétne vo vzťahu k úrokom z omeškania. V danom prípade žaloba bola žalovanému doručená dňa 18.3.2026, teda žalovaný sa mohol preukázateľne dozvedieť o zosplatnení úveru najneskôr doručením podanej žaloby, t. j. dňa 18.3.2026. Z uvedeného dôvodu súd priznal žalobcovi úrok z omeškania z požadovanej sumy odo dňa nasledujúceho po doručení žaloby žalovanému, t.j. od 19.3.2026 a v prevyšujúcej časti žalobu, čo do úroku z omeškania, zamietol. 32. O nároku na náhradu trov konania bolo rozhodnuté podľa § 262 ods. 1 CSP a § 255 ods. 1 CSP. Žalobca bol v spore takmer v celom rozsahu úspešný, keďže neúspešný bol len v nepatrnej časti úroku z omeškania a preto mu súd priznal nárok na plnú náhradu trov konania voči žalovanému, nakoľko</w:t>
      </w:r>
    </w:p>
    <w:p>
      <w:r>
        <w:t>nezistil žiadny dôvod pre aplikáciu § 257 CSP, ktorý možno použiť len výnimočne. Napokon existencia takéhoto dôvodu danom konaní ani tvrdená nebola. 33. O výške náhrady trov konania rozhodne súd prvej inštancie po právoplatnosti rozhodnutia vo veci samej samostatným uznesením, ktoré vydá súdny úradník (§ 262 ods. 2 CSP). Poučenie: Proti tomuto rozsudku možno podať odvolanie do 15 dní odo dňa jeho doručenia na Okresný súd Stará Ľubovňa. Podľa § 365 ods. 3 CSP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https://www.kauzis.sk/judikatura/r/ECLI:SK:OSSL:2026:8526200088.2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