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2P/68/2026 z 15. 6. 2026</w:t>
      </w:r>
    </w:p>
    <w:p>
      <w:r>
        <w:t>Uznesenie Okresného súdu Stará Ľubovňa z 15. júna 2026, sp. zn. 2P/68/2026, ECLI:SK:OSSL:2026:8526200577.2</w:t>
      </w:r>
    </w:p>
    <w:p>
      <w:r>
        <w:t>Súd: Okresný súd Stará Ľubovňa</w:t>
      </w:r>
    </w:p>
    <w:p>
      <w:r>
        <w:t>Spisová značka: 2P/68/2026</w:t>
      </w:r>
    </w:p>
    <w:p>
      <w:r>
        <w:t>ECLI: ECLI:SK:OSSL:2026:8526200577.2</w:t>
      </w:r>
    </w:p>
    <w:p>
      <w:r>
        <w:t>Dátum vydania: 15. 6.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2P/68/2026 8526200577 15. 06. 2026 Mgr. Danka Majdáková ECLI:SK:OSSL:2026:8526200577.2</w:t>
      </w:r>
    </w:p>
    <w:p>
      <w:r>
        <w:t>Uznesenie Okresný súd Stará Ľubovňa v rodinnoprávnej veci starostlivosti súdu o maloleté dieťa: A. B., nar. XX.XX.XXXX, trvale bytom C. D. E. XXX, zastúpené kolíznym opatrovníkom: Úrad práce, sociálnych vecí a rodiny Stará Ľubovňa, Farbiarska 57, 064 01 Stará Ľubovňa, dieťa rodičov: matka: A. F., nar. XX.XX.XXXX, trvale bytom G. XXX, t.č. H. I. XXX, otec: J. B., nar. XX.XX.XXXX trvale bytom C. D. XXX, zastúpený: JUDr. Gábor Száraz, advokát, so sídlom Garbiarska 20, 064 01 Stará Ľubovňa, v konaní o návrhu otca na zverenie mal. dieťaťa do osobnej starostlivosti otca a určenie vyživovacej povinnosti zo strany matky, takto rozhodol: I. Konanie sa z a s t a v u j e. II.</w:t>
      </w:r>
    </w:p>
    <w:p>
      <w:r>
        <w:t>Žiaden z účastníkov nemá nárok na náhradu trov konania. odôvodnenie:</w:t>
      </w:r>
    </w:p>
    <w:p>
      <w:r>
        <w:t>1. Otec mal. dieťaťa (ďalej len navrhovateľ) návrhom doručeným súdu dňa 21.05.2026 žiadal aby súd zveril mal. A. do jeho osobnej starostlivosti a matku aby zaviazal platením výživného v sume 150,- eur mesačne. Súčasťou návrhu vo veci samej bol aj návrh na nariadenie neodkladného opatrenia. Súd uznesením č.k. 2P/57/2026-28 zo dňa 27.05.2026 návrh otca na nariadenie neodkladného opatrenia I. výrokom zamietol, II. výrokom vyslovil, že žiaden z účastníkov nemá nárok na náhradu trov konania a III. výrokom návrh otca na zverenie mal. dieťaťa do osobnej starostlivosti otca a určenie vyživovacej povinnosti zo strany matky vylúčil na samostatné konanie. 2. Súd sa oboznámil so spismi, ktoré sa týkajú maloletého dieťaťa a zistil, že tomuto konania predchádza iné konanie vedené tunajším súdom pod sp. zn. 2P/134/2025, ktoré začalo podaním návrhu otcom mal. dieťaťa dňa 09.10.2025, predmetom ktorého je návrh na zverenie mal. dieťaťa do osobnej starostlivosti otca, uloženie povinnosti matke prispievať na výživu mal. dieťaťa sumou 200,eur mesačne, vyslovením, že obaja rodičia sú oprávnení a povinní mal. dieťa zastupovať a spravovať jeho majetok a vyslovením, že styk matky s mal. dieťaťom sa neupravuje. Konanie 2P/134/2025 nie je ukončené, aktuálne sa v ňom realizujú úkony znaleckého dokazovania. Toto konanie je vedené pod sp. zn. 2P/68/2026 začalo podaním návrhu otcom dňa 21.05.2026 a jeho predmetom je zverenie mal. A. do osobnej starostlivosti otca a uloženie povinnosti matke prispievať na výživu mal. A. sumou 150,- eur mesačne. V oboch konaniach ide o totožný predmet konania (zverenie mal. dieťaťa do osobnej starostlivosti otca a uloženie povinnosti matke prispievať na výživu mal. dieťaťa) i rovnaký okruh účastníkov (mal. A. B. a jehorodičia J. B. a A. F.). 3. Podľa § 2 ods. 1 zákona č. 161/2015 Z.z. Civilný mimosporový poriadok (ďalej len C.m.p.) na konania podľa tohto zákona sa použijú ustanovenia Civilného sporového poriadku, ak tento zákon neustanovuje inak.</w:t>
      </w:r>
    </w:p>
    <w:p>
      <w:r>
        <w:t>4. Podľa § 24 C.m.p. konanie je začaté doručením návrhu na začatie konania alebo vydaním uznesenia o začatí konania. 5. Podľa § 161 ods. 1 zákona č. 160/2015 Z.z. Civilný sporový poriadok (ďalej len C.s.p.) ak tento zákon neustanovuje inak, súd kedykoľvek počas konania prihliada na to, či sú splnené podmienky, za ktorých môže konať a rozhodnúť (ďalej len „procesné podmienky“). 6. Podľa § 161 ods. 2 C.s.p. ak ide o nedostatok procesnej podmienky, ktorý nemožno odstrániť, súd konanie zastaví. 7. Podľa § 159 C.s.p. začatie konania bráni tomu, aby o tom istom spore prebiehalo na súde iné konanie. Ak na súde prebieha o tom istom spore iné konanie, súd zastaví konanie, ktoré sa začalo neskôr. 8. Ako vyplýva z vyššie uvedených skutočností, na tunajšom súde sú vedené dve konania o úprave výkonu rodičovských práv a povinnosti k mal. A. (zverenie do osobnej starostlivosti otca a uloženie vyživovacej povinnosti matke). Konanie vedené pod sp. zn. 2P/134/2025 začalo dňa 09.10.2025 podaním návrhu otcom mal. dieťaťa, konanie vedené pod sp. zn. 2P/68/2026 začalo dňa 21.05.2026 taktiež podaním návrhu otcom mal. dieťaťa. 9. Vzhľadom na zistený skutkový stav, keďže v prejednávanej veci nie sú splnené podmienky konania, pretože ako je uvedené vyššie, tomuto konaniu bráni prekážka tzv. litispendencie , t.j. prekážka začatého konania. Tento nedostatok podmienky konania nie je možné odstrániť a v prípade zistenia takéhoto nedostatku musí súd konanie zastaviť. Súd v konaní o zverení mal. A. a určení vyživovacej povinnosti bude pokračovať vo veci vedenej pod sp. zn. 2P/134/2025, teda v konaní, ktoré začalo skôr. 10. O trovách konania súd rozhodol podľa § 52 C.m.p. tak, že žiaden z účastníkov nemá nárok na náhradu trov konania.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https://www.kauzis.sk/judikatura/r/ECLI:SK:OSSL:2026:8526200577.2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