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2P/76/2026 z 2. 7. 2026</w:t>
      </w:r>
    </w:p>
    <w:p>
      <w:r>
        <w:t>Uznesenie Okresného súdu Stará Ľubovňa z 2. júla 2026, sp. zn. 2P/76/2026, ECLI:SK:OSSL:2026:8526200663.2</w:t>
      </w:r>
    </w:p>
    <w:p>
      <w:r>
        <w:t>Súd: Okresný súd Stará Ľubovňa</w:t>
      </w:r>
    </w:p>
    <w:p>
      <w:r>
        <w:t>Spisová značka: 2P/76/2026</w:t>
      </w:r>
    </w:p>
    <w:p>
      <w:r>
        <w:t>ECLI: ECLI:SK:OSSL:2026:8526200663.2</w:t>
      </w:r>
    </w:p>
    <w:p>
      <w:r>
        <w:t>Dátum vydania: 2. 7.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2P/76/2026 8526200663 02. 07. 2026 Mgr. Danka Majdáková ECLI:SK:OSSL:2026:8526200663.2</w:t>
      </w:r>
    </w:p>
    <w:p>
      <w:r>
        <w:t>Uznesenie Okresný súd Stará Ľubovňa v rodinnoprávnej veci starostlivosti súdu o maloleté dieťa: A. B., nar. XX.XX.XXXX, trvale bytom C. D. XX, t.č. Centrum pre detí a rodiny Spišská Belá, Továrenská 19/5, 059 1 Spišská Belá, zastúpená kolíznym opatrovníkom: Úrad práce, sociálnych vecí a rodiny Stará Ľubovňa, Farbiarska 57, Stará Ľubovňa, dieťa rodičov, otec: E. B., nar. XX.XX.XXXX, trvale bytom C. D. XX, t.č. C. D. XX, XXX XX F., matka: G. B., nar. XX.XX.XXXX, trvale bytom C. D. XX, XXX XX F., t.č. C. D. XX, v konaní začatom z úradnej povinnosti o zrušenie neodkladného opatrenia, takto rozhodol: I. Súd r u š í neodkladné opatrenie nariadené Okresným súdom Stará Ľubovňa pod sp. zn. 2P/40/2026 zo dňa 13.04.2026, ktoré nadobudlo právoplatnosť dňa 05.05.2026. II. Žiaden z účastníkov n e m á n á r o k na náhradu trov konania. odôvodnenie: 1. Uznesením sp. zn. 2P/76/2026 zo dňa 01.07.2026 súd začal konanie z úradnej povinnosti o zrušenie neodkladného opatrenia sp. zn. 2P/40/2026 zo dňa 13.04.2026, právoplatné dňa 05.05.2026, ktorým bolo nariadené ponechanie mal. A. B. v starostlivosti Centra pre deti a rodiny Spišská Belá, pričom trvanie neodkladného opatrenia bolo časovo obmedzené na dobu šesť mesiacov od nadobudnutia právoplatnosti. 2. Uznesením sp. zn. 2P/76/2026 zo dňa 02.07.2026 súd ustanovil mal. dieťaťu kolízneho opatrovníka Úrad práce sociálnych vecí a rodiny v Starej Ľubovni. 3. Z pripojeného súdneho spisu sp. zn. 2P/42/2026 týkajúceho sa starostlivosti súdu o mal. A. B. vyplýva, že neodkladným opatrením - uznesenie č.k. 2P/40/2026-12 zo dňa 13.04.2026, ktoré nadobudlo právoplatnosť dňa 05.05.2026, súd nariadil ponechanie mal. A. B. v starostlivosti Centra pre deti a rodiny Spišská Belá. Následne rozsudkom č.k. 2P/42/2026-27 zo dňa 21.05.2026, ktoré nadobudlo právoplatnosť dňa 12.06.2026, súd uložil nad výchovou maloletého dieťaťa opakované výchovné opatrenie - dočasné odňatie z osobnej starostlivosti jeho rodičov za účelom úpravy rodinných a sociálnych pomerov rodiny ako aj poskytnutie odbornej pomoci maloletej a nariadil pobyt dieťaťa v Centre pre deti a rodiny Spišská Belá na obdobie 6 mesiacov od právoplatnosti rozsudku. Súčasne uložil rodičom povinnosť spolupracovať s Centrom pre deti a rodiny Spišská Belá, Úradom práce sociálnych vecí a rodiny Stará Ľubovňa a Obcou Lomnička. 4. Podľa § 363 zákona č. 161/2015 Z.z. Civilný mimosporový poriadok (ďalej len C.m.p.) súd môže aj bez návrhu zrušiť nariadené neodkladné opatrenie, ak sa zmenia pomery alebo ak odpadli dôvody, pre ktoré bolo nariadené. 5. Podľa § 367 ods. 7 C.m.p. súd zruší neodkladné opatrenie, ak sa zmenia pomery alebo ak odpadli dôvody, pre ktoré bolo nariadené.</w:t>
      </w:r>
    </w:p>
    <w:p>
      <w:r>
        <w:t>6. Podľa § 367 ods. 8 C.m.p. o návrhu na zrušenie neodkladného opatrenia rozhodne súd do desiatich dní od jeho doručenia. 7. Vzhľadom na vyššie uvedené skutočnosti má súd za to, že v danom prípade už pominuli dôvody, pre ktoré bolo nariadené neodkladné opatrenie – ponechanie mal. dieťaťa v starostlivosti Centra pre deti a rodiny Spišská Belá. Právoplatným meritórnym rozhodnutím – rozsudkom č.k. 2P/42/2026-27 dňa 21.05.2026, ktoré nadobudlo právoplatnosť dňa 12.06.2026, súd uložil nad výchovou mal. dieťaťa opakované výchovné opatrenie - dočasné odňatie z osobnej starostlivosti rodičov a bol nariadený jeho pobyt v Centre pre deti a rodiny Spišská Belá. Naviac meritórne rozhodnutie nadobudlo právoplatnosť skôr (dňa 12.06.2026) ako časové obmedzenie trvania neodkladného opatrenia (do 05.11.2026), preto súd neodkladné opatrenie zrušil, tak ako je to uvedené vo výrokovej časti tohto uznesenia. 8. O trovách konania súd rozhodol v súlade s ustanovením § 52 C.m.p. podľa ktorého žiaden z účastníkov nemá nárok na náhradu trov konania, ak tento zákon neustanovuje inak. Poučenie: Proti tomuto uzneseniu je prípustné odvolanie, ktoré sa podáva do 15 dní od doručenia uznesenia na súde, proti rozhodnutiu ktorého smeruje. V odvolaní sa má popri všeobecných náležitostiach (§127 C.s.p.) uviesť, proti ktorému rozhodnutiu smeruje, v akom rozsahu sa napáda, z akých dôvodov sa rozhodnutie považuje za nesprávne (odvolacie dôvody) a čoho sa odvolateľ domáha (odvolací návrh).</w:t>
      </w:r>
    </w:p>
    <w:p/>
    <w:p>
      <w:r>
        <w:t>Zdroj: KAUZIS.SK – https://www.kauzis.sk/judikatura/r/ECLI:SK:OSSL:2026:8526200663.2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