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4P/27/2024 z 13. 6. 2024</w:t>
      </w:r>
    </w:p>
    <w:p>
      <w:r>
        <w:t>Rozsudok bez odôvodnenia Okresného súdu Spišská Nová Ves z 13. júna 2024, sp. zn. 4P/27/2024, ECLI:SK:OSSN:2024:7624200767.2</w:t>
      </w:r>
    </w:p>
    <w:p>
      <w:r>
        <w:t>Súd: Okresný súd Spišská Nová Ves</w:t>
      </w:r>
    </w:p>
    <w:p>
      <w:r>
        <w:t>Spisová značka: 4P/27/2024</w:t>
      </w:r>
    </w:p>
    <w:p>
      <w:r>
        <w:t>ECLI: ECLI:SK:OSSN:2024:7624200767.2</w:t>
      </w:r>
    </w:p>
    <w:p>
      <w:r>
        <w:t>Dátum vydania: 13. 6.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4P/27/2024 7624200767 13. 06. 2024 JUDr. Miroslav Juričko ECLI:SK:OSSN:2024:7624200767.2</w:t>
      </w:r>
    </w:p>
    <w:p>
      <w:r>
        <w:t>Rozsudok bez odôvodnenia Okresný súd Spišská Nová Ves, sudca JUDr. Miroslav Juričko, v právnej veci maloletej navrhovateľky: A. B., nar 05.03.2008, trvale bytom C. XX, zastúpená matkou: D. B., nar. XX.XX.XXXX, trvale bytom C. XX, a otcom E. B., nar. XX.XX.XXXX, trvale bytom F. XXX/XX, G. H., za účasti I. I., nar. XX.XX.XXXX, trvale bytom C. XX, v konaní o návrhu na povolenie uzavrieť manželstvo, takto rozhodol: I. Povoľuje sa mal. A. B., J. B., nar. XX.XX.XXXX, r.č. XXXXXX/XXXX, trvale bytom C. XX, občianke SR, uzavrieť manželstvo s I. I., J. I., nar. XX.XX.XXXX, r.č. XXXXXX/XXXX, trvale bytom C. XX, občanovi SR. II. Žiaden z účastníkov nemá právo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https://www.kauzis.sk/judikatura/r/ECLI:SK:OSSN:2024:7624200767.2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