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bez odôvodnenia Okresného súdu Spišská Nová Ves sp. zn. 17P/43/2024 z 23. 5. 2024</w:t>
      </w:r>
    </w:p>
    <w:p>
      <w:r>
        <w:t>Uznesenie bez odôvodnenia Okresného súdu Spišská Nová Ves z 23. mája 2024, sp. zn. 17P/43/2024, ECLI:SK:OSSN:2024:7624201130.4</w:t>
      </w:r>
    </w:p>
    <w:p>
      <w:r>
        <w:t>Súd: Okresný súd Spišská Nová Ves</w:t>
      </w:r>
    </w:p>
    <w:p>
      <w:r>
        <w:t>Spisová značka: 17P/43/2024</w:t>
      </w:r>
    </w:p>
    <w:p>
      <w:r>
        <w:t>ECLI: ECLI:SK:OSSN:2024:7624201130.4</w:t>
      </w:r>
    </w:p>
    <w:p>
      <w:r>
        <w:t>Dátum vydania: 23. 5. 2024</w:t>
      </w:r>
    </w:p>
    <w:p>
      <w:r>
        <w:t>Forma: Uznesenie bez odôvodnenia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17P/43/2024 7624201130 23. 05. 2024 JUDr. Juraj Komár ECLI:SK:OSSN:2024:7624201130.4</w:t>
      </w:r>
    </w:p>
    <w:p>
      <w:r>
        <w:t>Uznesenie bez odôvodnenia Okresný súd Spišská Nová Ves, sudca JUDr. Juraj Komár, v právnej veci maloletých detí: A. B., nar. XX.XX.XXXX, C. B., nar. X.X.XXXX, D. B., nar. X.X.XXXX a E. B., nar. X.X.XXXX, bytom u otca, zast. kolíznym opatrovníkom Úradom práce sociálnych vecí a rodiny Spišská Nová Ves, deti rodičov: matka F. B., nar. X.X.XXXX, bytom G. XX/X, F. H. I. a otec I. B., nar. XX.X.XXXX, bytom J. XXXX/XX, F. H. I. v konaní o návrhu matky na zníženie výživného, takto rozhodol: I. Súd konanie zastavuje. II.</w:t>
      </w:r>
    </w:p>
    <w:p>
      <w:r>
        <w:t>Žiaden z účastníkov n e m á právo na náhradu trov konania.</w:t>
      </w:r>
    </w:p>
    <w:p>
      <w:r>
        <w:t>Poučenie: Proti tomuto uzneseniu odvolanie nie je prípustné. Podľa § 234 ods. 2 Civilného sporového poriadku, ak nie je ďalej ustanovené inak, použijú sa na uznesenie primerane ustanovenia o rozsudku. Podľa § 221 písm. a) Civilného sporového poriadku s poukazom na § 2 ods. 1 Civilného mimosporového poriadku uznesenie neobsahuje odôvodnenie, nakoľko bolo vyhlásené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https://www.kauzis.sk/judikatura/r/ECLI:SK:OSSN:2024:7624201130.4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