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Spišská Nová Ves sp. zn. 7C/27/2024 z 15. 5. 2024</w:t>
      </w:r>
    </w:p>
    <w:p>
      <w:r>
        <w:t>Platobný rozkaz Okresného súdu Spišská Nová Ves z 15. mája 2024, sp. zn. 7C/27/2024, ECLI:SK:OSSN:2024:7624201749.2</w:t>
      </w:r>
    </w:p>
    <w:p>
      <w:r>
        <w:t>Súd: Okresný súd Spišská Nová Ves</w:t>
      </w:r>
    </w:p>
    <w:p>
      <w:r>
        <w:t>Spisová značka: 7C/27/2024</w:t>
      </w:r>
    </w:p>
    <w:p>
      <w:r>
        <w:t>ECLI: ECLI:SK:OSSN:2024:7624201749.2</w:t>
      </w:r>
    </w:p>
    <w:p>
      <w:r>
        <w:t>Dátum vydania: 15. 5. 2024</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7C/27/2024 7624201749 15. 05. 2024 JUDr. Darina Puklušová ECLI:SK:OSSN:2024:7624201749.2</w:t>
      </w:r>
    </w:p>
    <w:p>
      <w:r>
        <w:t>Platobný rozkaz Okresný súd Spišská Nová Ves v právnej veci žalobcu: Sociálna poisťovňa, IČO: 30 807 484 Ul. 29. augusta č. 8-10 813 63 Bratislava proti žalovanému: A. B., nar. XX.XX.XXXX C. XXX/XX XXX XX D. C. o zaplatenie 946,42 € s prísl. takto rozhodol: I. Žalovaný je povinný do 15 dní odo dňa doručenia platobného rozkazu zaplatiť žalobcovi sumu 946,42 €, alebo v tej istej lehote podať odpor s vecným odôvodnením na tomto súde. II. Žalovaný je povinný do 15 dní odo dňa doručenia platobného rozkazu zaplatiť súdny poplatok z návrhu na začatie konania vo výške 28,00 € Slovenskej republike na účet súdu :Okresný súd Spišská Nová Ves, číslo účtu D., VS: 2125896221, KS: 0558.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platobný rozkaz sa zrušuje v celom rozsahu a súd nariadi na prejednanie veci pojednávanie. Ak v platobnom rozkaze, ktorý vydal sudca, nesúhlasíte len s výrokom o trovách konania (výrok II.), máte právo v lehote 15 dní odo dňa doručenia platobného rozkazu podať odvolanie proti výroku o trovách konania. Ak platobný rozkaz vydal vyšší súdny úradník, proti výroku o trovách konania (výrok II.) máte právo v lehote 15 dní odo dňa doručenia platobného rozkazu podať sťažnosť.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https://www.kauzis.sk/judikatura/r/ECLI:SK:OSSN:2024:7624201749.2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