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1Csp/116/2024 z 2. 7. 2024</w:t>
      </w:r>
    </w:p>
    <w:p>
      <w:r>
        <w:t>Platobný rozkaz Okresného súdu Spišská Nová Ves z 2. júla 2024, sp. zn. 1Csp/116/2024, ECLI:SK:OSSN:2024:7624202808.1</w:t>
      </w:r>
    </w:p>
    <w:p>
      <w:r>
        <w:t>Súd: Okresný súd Spišská Nová Ves</w:t>
      </w:r>
    </w:p>
    <w:p>
      <w:r>
        <w:t>Spisová značka: 1Csp/116/2024</w:t>
      </w:r>
    </w:p>
    <w:p>
      <w:r>
        <w:t>ECLI: ECLI:SK:OSSN:2024:7624202808.1</w:t>
      </w:r>
    </w:p>
    <w:p>
      <w:r>
        <w:t>Dátum vydania: 2. 7.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1Csp/116/2024 7624202808 02. 07. 2024 JUDr. Jana Gargulová ECLI:SK:OSSN:2024:7624202808.1</w:t>
      </w:r>
    </w:p>
    <w:p>
      <w:r>
        <w:t>Platobný rozkaz Okresný súd Spišská Nová Ves v právnej veci žalobcu: EOS KSI Slovensko, s.r.o., IČO: 35 724 803 Prievozská 2 821 09 Bratislava - mestská časť Ružinov zast.: Remedium Legal, s.r.o., IČO: 53 255 739 Prievozská 2 821 09 Bratislava - mestská časť Ružinov proti žalovanému: A. B., nar. XX.XX.XXXX C. XXX/X XXX XX D. o zaplatenie 622,31 EUR s prísl. takto rozhodol: I. Žalovaný je povinný do 15 dní odo dňa doručenia platobného rozkazu zaplatiť žalobcovi sumu 622,31 EUR spolu s riadnym úrokom vo výške: 18,99% ročne zo sumy 862,33 EUR od 25.02.2023 do 12.04.2023 18,99% ročne zo sumy 855,07 EUR od 13.04.2023 do 12.06.2023 18,99% ročne zo sumy 821,97 EUR od 13.06.2023 do 12.07.2023 18,99% ročne zo sumy 780,70 EUR od 13.07.2023 do 14.08.2023 18,99% ročne zo sumy 700,67 EUR od 15.08.2023 do 11.09.2023 18,99% ročne zo sumy 693,03 EUR od 12.09.2023 do 12.10.2023 18,99% ročne zo sumy 672,43 EUR od 13.10.2023 do 14.11.2023 18,99% ročne zo sumy 647,01 EUR od 15.11.2023 do 13.12.2023 18,99% ročne zo sumy 641,83 EUR od 14.12.2023 do 12.01.2024 18,99% ročne zo sumy 640,00 EUR od 13.01.2024 do 12.02.2024 18,99% ročne zo sumy 612,59 EUR od 13.02.2024 do 11.03.2024 18,99% ročne zo sumy 599,33 EUR od 12.03.2024 do 03.04.2024 18,99% ročne zo sumy 586,07 EUR od 04.04.2024 do 09.05.2024 18,99% ročne zo sumy 556,88 EUR od 10.05.2024 do 15.10.2025 spolu s úrokom z omeškania vo výške: 8% ročne zo sumy 862,33 EUR od 25.02.2023 do 12.04.2023 8% ročne zo sumy 855,07 EUR od 13.04.2023 do 12.06.2023 8% ročne zo sumy 821,97 EUR od 13.06.2023 do 12.07.2023 8% ročne zo sumy 780,70 EUR od 13.07.2023 do 14.08.2023 8% ročne zo sumy 700,67 EUR od 15.08.2023 do 11.09.2023 8% ročne zo sumy 693,03 EUR od 12.09.2023 do 12.10.2023 8% ročne zo sumy 672,43 EUR od 13.10.2023 do 14.11.2023 8% ročne zo sumy 647,01 EUR od 15.11.2023 do 13.12.2023</w:t>
      </w:r>
    </w:p>
    <w:p>
      <w:r>
        <w:t>8% ročne zo sumy 641,83 EUR od 14.12.2023 do 12.01.2024 8% ročne zo sumy 640,00 EUR od 13.01.2024 do 12.02.2024 8% ročne zo sumy 612,59 EUR od 13.02.2024 do 11.03.2024 8% ročne zo sumy 599,33 EUR od 12.03.2024 do 03.04.2024 8% ročne zo sumy 586,07 EUR od 04.04.2024 do 09.05.2024 8% ročne zo sumy 556,88 EUR od 10.05.2024 do zaplatenia, alebo v tej istej lehote podať odpor s vecným odôvodnením na tomto súde. II. Žalovaný je povinný do 15 dní odo dňa doručenia platobného rozkazu nahradiť žalobcovi trovy konania vo výške 25,00 EUR a trovy právneho zastúpenia vo výške 192,87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 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https://www.kauzis.sk/judikatura/r/ECLI:SK:OSSN:2024:7624202808.1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