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17Ps/34/2024 z 29. 11. 2024</w:t>
      </w:r>
    </w:p>
    <w:p>
      <w:r>
        <w:t>Rozsudok bez odôvodnenia Okresného súdu Spišská Nová Ves z 29. novembra 2024, sp. zn. 17Ps/34/2024, ECLI:SK:OSSN:2024:8724203160.3</w:t>
      </w:r>
    </w:p>
    <w:p>
      <w:r>
        <w:t>Súd: Okresný súd Spišská Nová Ves</w:t>
      </w:r>
    </w:p>
    <w:p>
      <w:r>
        <w:t>Spisová značka: 17Ps/34/2024</w:t>
      </w:r>
    </w:p>
    <w:p>
      <w:r>
        <w:t>ECLI: ECLI:SK:OSSN:2024:8724203160.3</w:t>
      </w:r>
    </w:p>
    <w:p>
      <w:r>
        <w:t>Dátum vydania: 29. 11. 2024</w:t>
      </w:r>
    </w:p>
    <w:p>
      <w:r>
        <w:t>Forma: Rozsudok bez odôvodnenia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17Ps/34/2024 8724203160 29. 11. 2024 JUDr. Juraj Komár ECLI:SK:OSSN:2024:8724203160.3</w:t>
      </w:r>
    </w:p>
    <w:p>
      <w:r>
        <w:t>Rozsudok bez odôvodnenia Okresný súd Spišská Nová Ves, sudca JUDr. Juraj Komár, v právnej veci opatrovanca: A. B., nar. XX.X.XXXX, trvale bytom C. X, D. E., F. D. D. D. A. G. H., zastúpený procesným opatrovníkom I. G. D., vyššou súdnou úradníčkou Okresného súdu Spišská Nová Ves a opatrovníčkou, navrhovateľkou: G. J., nar. XX.X.XXXX, bytom K. XX, D. v konaní o návrhu na schválenie právneho úkonu, takto rozhodol: I. Súd s c h v a ľ u j e za A. B., L. B., nar. XX.X.XXXX, trvale bytom C. X/X, D. E. právny úkon, ktorý za pozbaveného vykonala ustanovená opatrovníčka G. J., nar. XX.X.XXXX – uzatvorenie kúpnej zmluvy, predmetom ktorej bol: Odplatný prevod vlastníckeho práva v celosti k spoluvlastníckemu podielu vo vlastníctve pozbaveného, a to spoluvlastníckeho podielu vo veľkosti 1/25 – ina k celku k týmto nehnuteľnostiam: - k novovytvorenej parcele reg. „C", parc. č. 967/5, druh: zastavaná plocha, o výmere 12 m2, ktorá je vytvorená ako diel č.„4", ktorý je odčlenený od parc. reg. „E" parc. č. 645, druh: orná pôda, o celkovej výmere 2740 m2, zapísaná na LV č. XXXX, evidovaný Okresným úradom Poprad, Katastrálnym odborom, okres: E., obec: K., katastrálne územie: M. K. a - k novovytvorenej parcele reg.„C", parc. č. 967/11, druh: orná pôda, o výmere 308 m2, ktorá je vytvorená ako diel č. „8“ , ktorý je odčlenený od parc. reg. „E“ parc. č. 645, druh: orná pôda, o celkovej výmere 2740 m2, zapísaná na LV č. XXXX, evidovaný Okresným úradom Poprad, Katastrálnym odborom, okres: E., obec: K., katastrálne územie: M. K.. II. Žiaden z účastníkov n e m á právo na náhradu trov konania. 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https://www.kauzis.sk/judikatura/r/ECLI:SK:OSSN:2024:8724203160.3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