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7Pc/36/2024 z 17. 2. 2025</w:t>
      </w:r>
    </w:p>
    <w:p>
      <w:r>
        <w:t>Rozsudok bez odôvodnenia Okresného súdu Spišská Nová Ves z 17. februára 2025, sp. zn. 7Pc/36/2024, ECLI:SK:OSSN:2025:7624205641.3</w:t>
      </w:r>
    </w:p>
    <w:p>
      <w:r>
        <w:t>Súd: Okresný súd Spišská Nová Ves</w:t>
      </w:r>
    </w:p>
    <w:p>
      <w:r>
        <w:t>Spisová značka: 7Pc/36/2024</w:t>
      </w:r>
    </w:p>
    <w:p>
      <w:r>
        <w:t>ECLI: ECLI:SK:OSSN:2025:7624205641.3</w:t>
      </w:r>
    </w:p>
    <w:p>
      <w:r>
        <w:t>Dátum vydania: 17. 2.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7Pc/36/2024 7624205641 17. 02. 2025 JUDr. Darina Puklušová ECLI:SK:OSSN:2025:7624205641.3</w:t>
      </w:r>
    </w:p>
    <w:p>
      <w:r>
        <w:t>Rozsudok bez odôvodnenia Okresný súd Spišská Nová Ves, sudkyňa JUDr. Darina Puklušová, v právnej veci navrhovateľky: A. B. C., D. C., nar. XX. X. XXXX, bytom C. X/X, XXX XX E. F. G. proti manželovi, ktorý návrh na rozvod manželstva nepodal: H. B., nar XX. X. XXXX, bytom H. XXX, XXX XX I., v konaní o rozvod manželstva takto rozhodol: Súd manželstvo účastníkov A. B. C., D. C. a H. B. uzavreté dňa X. X. XXXX v Spišskej Novej Vsi, zapísané v Knihe manželstiev Matričného úradu v Spišskej Novej Vsi vo zväzku XX, ročník XXXX, na strane XXX, pod por. č. XXX, r o z v á d z a . Poučenie: Proti tomuto rozsudku odvolanie nie je prípustné ( § 368 Civilného sporového poriadku). Podľa § 221 písm. a/ Civilného sporového poriadku písomné vyhotovenie rozsudku neobsahuje odôvodnenie, keďže účastníci konania sa po vyhlásení rozsudku na pojednávaní vzdali odvolania. Manžel, ktorý prijal priezvisko druhého manžela môže do troch mesiacov od právoplatnosti výroku rozsudku o rozvode prehlásiť pred orgánom povereným viesť matriku, že opäť prijíma svoje predošlé priezvisko.</w:t>
      </w:r>
    </w:p>
    <w:p/>
    <w:p>
      <w:r>
        <w:t>Zdroj: KAUZIS.SK – https://www.kauzis.sk/judikatura/r/ECLI:SK:OSSN:2025:7624205641.3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