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10Ps/2/2025 z 21. 3. 2025</w:t>
      </w:r>
    </w:p>
    <w:p>
      <w:r>
        <w:t>Rozsudok bez odôvodnenia Okresného súdu Spišská Nová Ves z 21. marca 2025, sp. zn. 10Ps/2/2025, ECLI:SK:OSSN:2025:7625200210.3</w:t>
      </w:r>
    </w:p>
    <w:p>
      <w:r>
        <w:t>Súd: Okresný súd Spišská Nová Ves</w:t>
      </w:r>
    </w:p>
    <w:p>
      <w:r>
        <w:t>Spisová značka: 10Ps/2/2025</w:t>
      </w:r>
    </w:p>
    <w:p>
      <w:r>
        <w:t>ECLI: ECLI:SK:OSSN:2025:7625200210.3</w:t>
      </w:r>
    </w:p>
    <w:p>
      <w:r>
        <w:t>Dátum vydania: 21. 3. 2025</w:t>
      </w:r>
    </w:p>
    <w:p>
      <w:r>
        <w:t>Forma: Rozsudok bez odôvodnenia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10Ps/2/2025 7625200210 21. 03. 2025 JUDr. Martin Špak ECLI:SK:OSSN:2025:7625200210.3</w:t>
      </w:r>
    </w:p>
    <w:p>
      <w:r>
        <w:t>Rozsudok bez odôvodnenia Okresný súd Spišská Nová Ves, sudca JUDr. Martin Špak, v právnej veci opatrovanca: A. B., nar. XX.XX.XXXX, bytom C., zastúpená procesným opatrovníkom D. E. B., vyšší súdny úradník Okresného súdu Spišská Nová Ves, na návrh navrhovateľov : 1/ Obec Odorín, so sídlom Odorín 266, právne zast.: JUDr. Ivan Hric, advokát so sídlom Ing. Kožucha 8, Spišská Nová ves a 2/ A. B., nar. XX.XX.XXXX, bytom C. XXX, za ktorú koná opatrovník Obec Odorín, so sídlom Odorín 266, právne zast.: JUDr. Ivan Hric, advokát so sídlom Ing. Kožucha 8, Spišská Nová Ves, o návrhu navrhovateľa v konaní o schválenie právneho úkonu, takto rozhodol: I. Súd konanie voči navrhovateľovi v I. rade z a s t a v u j e . II. Súd schvaľuje právny úkon, a to kúpnu zmluvu z 28.06.2024, ktorú v mene predávajúceho A. B., F. B., nar. XX.XX.XXXX, bytom C., XXX XX C., uzavrel opatrovník Obec Odorín, so sídlom: 053 22 Odorín 266, v mene ktorého koná starosta obce Odorín G. E. H., starostka obce Odorín, predmetom ktorej bol prevod vlastníckeho práva k nehnuteľnosti – pozemok, parcela registra ,,A.“ I., J. B. K. XXX, o výmere 398 m2, druh pozemku: zastavaná plocha a nádvorie, okres J. L. M., obec: C., k.ú. C., vedený Okresným úradom Spišská Nová Ves – katastrálny odbor, zapísaný na liste vlastníctva č. XXX, a to v spoluvlastníckom podiele 4/10 k celku za dohodnutú kúpnu cenu 5.960,- Eur. III. Žiaden z účastníkov n e m 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https://www.kauzis.sk/judikatura/r/ECLI:SK:OSSN:2025:7625200210.3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