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Spišská Nová Ves sp. zn. 8Pc/5/2025 z 23. 4. 2025</w:t>
      </w:r>
    </w:p>
    <w:p>
      <w:r>
        <w:t>Rozsudok Okresného súdu Spišská Nová Ves z 23. apríla 2025, sp. zn. 8Pc/5/2025, ECLI:SK:OSSN:2025:7625200575.2</w:t>
      </w:r>
    </w:p>
    <w:p>
      <w:r>
        <w:t>Súd: Okresný súd Spišská Nová Ves</w:t>
      </w:r>
    </w:p>
    <w:p>
      <w:r>
        <w:t>Spisová značka: 8Pc/5/2025</w:t>
      </w:r>
    </w:p>
    <w:p>
      <w:r>
        <w:t>ECLI: ECLI:SK:OSSN:2025:7625200575.2</w:t>
      </w:r>
    </w:p>
    <w:p>
      <w:r>
        <w:t>Dátum vydania: 23. 4.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8Pc/5/2025 7625200575 23. 04. 2025 JUDr. Blažena Fedorková ECLI:SK:OSSN:2025:7625200575.2</w:t>
      </w:r>
    </w:p>
    <w:p>
      <w:r>
        <w:t>ROZSUDOK V MENE SLOVENSKEJ REPUBLIKY Okresný súd Spišská Nová Ves, sudkyňou JUDr. Blaženou Fedorkovou, vo veci navrhovateľky: A. B., C. D., nar. XX.XX.XXXX, bytom E. X, F. G. H., právne zastúpená: Advokátska kancelária JUDr. Dominika SLOVINSKÁ, s.r.o., Sadova 1967/2, Spišská Nová Ves, IČO: 56 584 075, proti manželovi, ktorý nepodal návrh: D. B., nar. XX.XX.XXXX, bytom E. X, F. G. H., v konaní o rozvod manželstva, takto rozhodol: I. Manželstvo účastníkov konania A. B., C. D. a D. B., uzatvorené dňa 16.07.2021 v Spišskom Hrušove, zapísané v knihe manželstiev matričného úradu Spišský Hrušov, vo zväzku XX, ročník XXXX, na strane XX, pod poradovým číslom X, r o z v á d z a. II. Žiaden z účastníkov nemá právo na náhradu trov konania. odôvodnenie: Podľa § 221 písm. a/ Civilného sporového poriadku písomné vyhotovenie rozsudku neobsahuje odôvodnenie, keďže účastníci konania sa po vyhlásení rozsudku na pojednávaní vzdali odvolania. Poučenie: Proti tomuto rozsudku odvolanie nie je prípustné (§ 368 Civilného sporového poriadku).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 27 ods. 1 a 2 Zákona o rodine).</w:t>
      </w:r>
    </w:p>
    <w:p/>
    <w:p>
      <w:r>
        <w:t>Zdroj: KAUZIS.SK – https://www.kauzis.sk/judikatura/r/ECLI:SK:OSSN:2025:7625200575.2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