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18P/46/2025 z 23. 5. 2025</w:t>
      </w:r>
    </w:p>
    <w:p>
      <w:r>
        <w:t>Rozsudok Okresného súdu Spišská Nová Ves z 23. mája 2025, sp. zn. 18P/46/2025, ECLI:SK:OSSN:2025:7625201554.2</w:t>
      </w:r>
    </w:p>
    <w:p>
      <w:r>
        <w:t>Súd: Okresný súd Spišská Nová Ves</w:t>
      </w:r>
    </w:p>
    <w:p>
      <w:r>
        <w:t>Spisová značka: 18P/46/2025</w:t>
      </w:r>
    </w:p>
    <w:p>
      <w:r>
        <w:t>ECLI: ECLI:SK:OSSN:2025:7625201554.2</w:t>
      </w:r>
    </w:p>
    <w:p>
      <w:r>
        <w:t>Dátum vydania: 23.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18P/46/2025 7625201554 23. 05. 2025 JUDr. Jana Macalová ECLI:SK:OSSN:2025:7625201554.2</w:t>
      </w:r>
    </w:p>
    <w:p>
      <w:r>
        <w:t>ROZSUDOK V MENE SLOVENSKEJ REPUBLIKY Okresný súd Spišská Nová Ves, sudkyňou JUDr. Janou Macalovou vo vo veci starostlivosti o maloleté deti: A. B., nar. X.XX.XXXX a A. B., nar. X.X.XXXX, obaja bytom u matky, zastúpené kolíznym opatrovníkom Úradom prácce, sociálnych vecí a rodiny Poprad, deti rodičov: matka C. D., nar. X.X.XXXX, trvale bytom A. XXX/X, E. F. a otec A. B., nar. X.X.XXXX, trvale bytom G. XXX/XX, E. F., o návrhu matky na zvýšenie výživného pre maloleté deti takto rozhodol: I. S c h v a ľ u j e dohodu rodičov v tomto znení: Mení sa rozsudok Okresného súdu Spišská Nová Ves sp.zn. 3P/391/2019 – 22 zo dňa 19.2.2020 vo výroku o výživnom tak, že otec sa zaväzuje prispievať na výživu maloletého A. B., nar. X.XX.XXXX a maloletej A. B., nar. X.X.XXXX sumou vo výške 110 Eur mesačne na každé dieťa, ktoré bude poukazovať k rukám matky vždy do 15-dňa v mesiaci vopred, počnúc od 8.4.2025 opakovane do budúcna. Dlh na výživnom voči maloletému A. a A. za obdobie od 8.4.2025 do 31.5.2025 vo výške 53 Eur na každé dieťa otec uhradí matke dňom doručenia rozsudku. II. Žiaden z účastníkov nemá nárok na náhradu trov konania. Poučenie: Proti tomuto rozsudku odvolanie nie je prípustné, nakoľko po jeho vyhlásení, odôvodnení a po poučení zo strany súdu o možnosti podať proti rozsudku riadny opravný prostriedok sa účastníci konania tohto práva účinne vzdali; z rovnakého dôvodu písomné vyhotovenie rozsudku neobsahuje odôvodnenie. Podľa ustanovenia § 221 písm. a) CSP písomné vyhotovenie rozsudku nemusí obsahovať odôvodnenie, ak je na pojednávaní vyhlásený rozsudok za prítomnosti všetkých strán alebo ich zástupcov, ktorí sa vzdajú odvolania. Ak povinný dobrovoľne nesplní, čo mu ukladá vykonateľné rozhodnutie v časti, v ktorej bolo upravená starostlivosť o mal. dieťa, styk s mal. dieťaťom alebo iná ako peňažná povinnosť vo vzťahu k mal. dieťaťu, oprávnený môže podať návrh na nariadenie výkonu rozhodnutia podľa § 370 CMP. Ak povinný dobrovoľne nesplní, čo mu ukladá vykonateľné rozhodnutie v časti, ktorým bola upravená peňažná povinnosť, oprávnený môže podať návrh na vykonanie exekúcie podľa Exekučného poriadku.</w:t>
      </w:r>
    </w:p>
    <w:p/>
    <w:p>
      <w:r>
        <w:t>Zdroj: KAUZIS.SK – https://www.kauzis.sk/judikatura/r/ECLI:SK:OSSN:2025:7625201554.2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