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18P/58/2025 z 20. 8. 2025</w:t>
      </w:r>
    </w:p>
    <w:p>
      <w:r>
        <w:t>Rozsudok Okresného súdu Spišská Nová Ves z 20. augusta 2025, sp. zn. 18P/58/2025, ECLI:SK:OSSN:2025:7625201744.2</w:t>
      </w:r>
    </w:p>
    <w:p>
      <w:r>
        <w:t>Súd: Okresný súd Spišská Nová Ves</w:t>
      </w:r>
    </w:p>
    <w:p>
      <w:r>
        <w:t>Spisová značka: 18P/58/2025</w:t>
      </w:r>
    </w:p>
    <w:p>
      <w:r>
        <w:t>ECLI: ECLI:SK:OSSN:2025:7625201744.2</w:t>
      </w:r>
    </w:p>
    <w:p>
      <w:r>
        <w:t>Dátum vydania: 20. 8.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18P/58/2025 7625201744 20. 08. 2025 JUDr. Jana Macalová ECLI:SK:OSSN:2025:7625201744.2</w:t>
      </w:r>
    </w:p>
    <w:p>
      <w:r>
        <w:t>ROZSUDOK V MENE SLOVENSKEJ REPUBLIKY Okresný súd Spišská Nová Ves, sudkyňa JUDr. Jana Macalová, v právnej veci mal. detí: A. B., nar. XX.XX.XXXX, C. B., nar. XX.XX.XXXX, D. B., nar. XX.XX.XXXX, E. B., nar. XX.XX.XXXX, všetky trvale bytom C. XXX/XX, E., t. č. Centrum pre deti a rodiny F. G. H., I. G. XXXX/X, F. G. H., zastúpené kolíznym opatrovníkom obec Markušovce, deti rodičov: matka J. K., nar. XX.XX.XXXX, trvale bytom C. XXX/XX, E. a otec C. B., nar. XX.XX.XXXX, trvale bytom C. XXX/XX, E., za účasti Okresná prokuratúra Spišská Nová ves, v konaní o návrhu Úradu práce, sociálnych veci a rodiny Spišská Nová Ves na uloženie výchovného opatrenia takto rozhodol: U k l a d á maloletým deťom B.: A., nar. XX.X.XXXX, C., nar. XX.X.XXXX, D., nar. X.XX.XXXX a E., nar. XX.X.XXXX výchovné opatrenie na účely zabezpečenia odbornej pomoci maloletým deťom a zabezpečenia úpravy rodinných a sociálnych pomerov maloletých detí pobyt v zariadení Centrum pre deti a rodiny F. G. H., I. G. XXXX/X, XXX XX F. G. H. najdlhšie na dobu 6 mesiacov od právoplatnosti rozsudku. Poučenie: Podľa § 221 písm. a) Civilného sporového poriadku s poukazom na § 2 ods. 1 Civilného mimosporového poriadku rozsudok neobsahuje odôvodnenie, nakoľko rozsudok bol vyhlásený na pojednávaní za prítomnosti všetkých účastníkov konania a títo sa vzdali odvolania. Proti tomuto rozsudku odvolanie nie je prípustné, nakoľko sa ho všetci účastníci účinne vzdali.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https://www.kauzis.sk/judikatura/r/ECLI:SK:OSSN:2025:7625201744.2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