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Platobný rozkaz Okresného súdu Spišská Nová Ves sp. zn. 5C/39/2025 z 6. 6. 2025</w:t>
      </w:r>
    </w:p>
    <w:p>
      <w:r>
        <w:t>Platobný rozkaz Okresného súdu Spišská Nová Ves z 6. júna 2025, sp. zn. 5C/39/2025, ECLI:SK:OSSN:2025:7625202170.1</w:t>
      </w:r>
    </w:p>
    <w:p>
      <w:r>
        <w:t>Súd: Okresný súd Spišská Nová Ves</w:t>
      </w:r>
    </w:p>
    <w:p>
      <w:r>
        <w:t>Spisová značka: 5C/39/2025</w:t>
      </w:r>
    </w:p>
    <w:p>
      <w:r>
        <w:t>ECLI: ECLI:SK:OSSN:2025:7625202170.1</w:t>
      </w:r>
    </w:p>
    <w:p>
      <w:r>
        <w:t>Dátum vydania: 6. 6. 2025</w:t>
      </w:r>
    </w:p>
    <w:p>
      <w:r>
        <w:t>Forma: Platobný rozkaz</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Spišská Nová Ves 5C/39/2025 7625202170 06. 06. 2025 JUDr. Denisa Hiščáková ECLI:SK:OSSN:2025:7625202170.1</w:t>
      </w:r>
    </w:p>
    <w:p>
      <w:r>
        <w:t>Platobný rozkaz Okresný súd Spišská Nová Ves v právnej veci žalobcu: Slovenská republika - Úrad práce, sociálnych vecí a rodiny Poprad IČO: 30 794 536 Hraničná 667/13 058 01 Poprad proti žalovanému: A. B., nar. XX.XX.XXXX C.. D. XXX/XX XXX XX E. F. o zaplatenie 250,00 € s prísl. takto rozhodol: I. Žalovaný je povinný do 15 dní odo dňa doručenia platobného rozkazu zaplatiť žalobcovi sumu 250,00 € a úrok z omeškania vo výške 8,40 % ročne zo sumy 250,00 € od 24.10.2024 do zaplatenia, alebo aby v tej istej lehote podal odpor s vecným odôvodnením na tomto súde. II. Žalobcovi sa náhrada trov konania nepriznáva. Poučenie: Súd týmto platobným rozkazom rozhodol iba na základe skutočností tvrdených žalobcom, o ktorých súd nemá pochybnosti. Ak nesúhlasíte s povinnosťou na zaplatenie peňažnej sumy uloženej Vám týmto platobným rozkazom (výrok I.), máte právo v lehote 15 dní odo dňa doručenia platobného rozkazu podať na súde, ktorý platobný rozkaz vydal, odpor proti platobnému rozkazu. Podaný odpor musí byť vecne odôvodnený. Vyjadrite sa v ňom, či uznávate aspoň časť voči Vám uplatnenému nároku alebo ho považujete za neopodstatnený v celom rozsahu, pripojte listiny na ktoré sa odvolávate, prípadne označte dôkazy na preukázanie svojich tvrdení. Súd odmietne odpor, ktorý bude podaný oneskorene, neoprávnenou osobou alebo bez vecného odôvodnenia. Ak nepodáte včas odpor s vecným odôvodnením, nadobudne tento platobný rozkaz právoplatnosť a na jeho základe bude môcť žalobca ako oprávnený viesť exekúciu na Váš majetok. Ak podáte včas odpor s vecným odôvodnením, platobný rozkaz sa zrušuje v celom rozsahu a súd nariadi na prejednanie veci pojednávanie. Ak v platobnom rozkaze, ktorý vydal sudca, nesúhlasíte len s výrokom o trovách konania (výrok II.), máte právo v lehote 15 dní odo dňa doručenia platobného rozkazu podať odvolanie proti výroku o trovách konania. Ak platobný rozkaz vydal vyšší súdny úradník, proti výroku o trovách konania (výrok II.) máte právo v lehote 15 dní odo dňa doručenia platobného rozkazu podať sťažnosť. Každé podanie, ktoré budete adresovať v priebehu konania súdu, adresujte v takom počte rovnopisov, aby jeden rovnopis zostal na súde a každá z ostatných sporových strán mohla dostať ďalší rovnopis.</w:t>
      </w:r>
    </w:p>
    <w:p/>
    <w:p>
      <w:r>
        <w:t>Zdroj: KAUZIS.SK – https://www.kauzis.sk/judikatura/r/ECLI:SK:OSSN:2025:7625202170.1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