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Spišská Nová Ves sp. zn. 5Csp/2/2026 z 10. 2. 2026</w:t>
      </w:r>
    </w:p>
    <w:p>
      <w:r>
        <w:t>Uznesenie Okresného súdu Spišská Nová Ves z 10. februára 2026, sp. zn. 5Csp/2/2026, ECLI:SK:OSSN:2026:7626200075.1</w:t>
      </w:r>
    </w:p>
    <w:p>
      <w:r>
        <w:t>Súd: Okresný súd Spišská Nová Ves</w:t>
      </w:r>
    </w:p>
    <w:p>
      <w:r>
        <w:t>Spisová značka: 5Csp/2/2026</w:t>
      </w:r>
    </w:p>
    <w:p>
      <w:r>
        <w:t>ECLI: ECLI:SK:OSSN:2026:7626200075.1</w:t>
      </w:r>
    </w:p>
    <w:p>
      <w:r>
        <w:t>Dátum vydania: 10. 2.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5Csp/2/2026 7626200075 10. 02. 2026 JUDr. Lívia Kulová ECLI:SK:OSSN:2026:7626200075.1</w:t>
      </w:r>
    </w:p>
    <w:p>
      <w:r>
        <w:t>Uznesenie Okresný súd Spišská Nová Ves vo veci žalobcu: Dopravný podnik mesta Košice, akciová spoločnosť, IČO: 31 701 914 Bardejovská 6 043 29 Košice zast.: JUDr. Peter Frajt, advokát, s.r.o., IČO: 47 240 369 Garbiarska 5 040 01 Košice proti žalovanému: A. B., nar. XX.XX.XXXX C. XX XXX XX D. E. F. o zaplatenie 61,00 € s prísl. takto rozhodol: I. Konanie z a s t a v u j e . odôvodnenie: 1. Žalobca v návrhu na začatie konania uplatnil právo na zaplatenie peňažnej sumy 61,00 € s prísl. 2. Okresný súd Spišská Nová Ves výzvou zo dňa 13.1.2026 sp.zn. 5Csp/2/2026-26 vyzval žalobcu na zaplatenie súdneho poplatku za návrh v sume 25,00 € v lehote 15 dní od doručenia výzvy s poučením, že ak poplatok nebude v určenej lehote zaplatený, súd konanie zastaví. Žalobcovi bola doručená výzva dňa 22.1.2026. Doteraz súdny poplatok nezaplatil. 3. Podľa § 10 ods. 1 zák. č. 71/1992 Zb. o súdnych poplatkoch v platnom znení, ak nebol zaplatený poplatok splatný podaním žaloby, návrhu na začatie konania, dovolania alebo kasačnej sťažnosti, súd vyzve poplatníka, aby poplatok zaplatil v lehote, ktorú určí, spravidla v lehote desiatich dní od doručenia výzvy, ak aj napriek výzve poplatok nebol zaplatený v lehote, súd konanie zastaví. O následkoch nezaplatenia poplatku musí byť poplatník vo výzve poučený. 4. Súd vo veci konanie nezačal, vo výzve bol náležite žalobca poučený o následkoch nezaplatenia poplatku, preto podľa vyššie citovaného zákonného ustanovenia konanie zastavil. Poučenie:</w:t>
      </w:r>
    </w:p>
    <w:p>
      <w:r>
        <w:t>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https://www.kauzis.sk/judikatura/r/ECLI:SK:OSSN:2026:7626200075.1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