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7Pc/11/2026 z 24. 9. 2026</w:t>
      </w:r>
    </w:p>
    <w:p>
      <w:r>
        <w:t>Rozsudok bez odôvodnenia Okresného súdu Spišská Nová Ves z 24. septembra 2026, sp. zn. 7Pc/11/2026, ECLI:SK:OSSN:2026:7626201848.4</w:t>
      </w:r>
    </w:p>
    <w:p>
      <w:r>
        <w:t>Súd: Okresný súd Spišská Nová Ves</w:t>
      </w:r>
    </w:p>
    <w:p>
      <w:r>
        <w:t>Spisová značka: 7Pc/11/2026</w:t>
      </w:r>
    </w:p>
    <w:p>
      <w:r>
        <w:t>ECLI: ECLI:SK:OSSN:2026:7626201848.4</w:t>
      </w:r>
    </w:p>
    <w:p>
      <w:r>
        <w:t>Dátum vydania: 24. 9.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7Pc/11/2026 7626201848 24. 09. 2026 JUDr. Darina Puklušová ECLI:SK:OSSN:2026:7626201848.4</w:t>
      </w:r>
    </w:p>
    <w:p>
      <w:r>
        <w:t>Rozsudok bez odôvodnenia Okresný súd Spišská Nová Ves, sudkyňa JUDr. Darina Puklušová, v právnej veci navrhovateľky: A. B. C., A., D. E., nar. XX.XX.XXXX, B. XXX/XX, F. A. proti manželovi, ktorý návrh na rozvod manželstva nepodal: G. C., nar. XX.XX.XXXX, B. XXX/XX, F. A., o návrhu na rozvod manželstva takto rozhodol: I. Súd manželstvo účastníkov A. B. C. A., D. E. a G. C. uzavreté dňa 26. 9. 1992 v Spišskom Podhradí, zapísané v Knihe manželstiev Matričného úradu v Spišskom Podhradí vo zväzku X, ročník XXXX, na strane XXX, pod por. č. XX, r o z v á d z a . II.</w:t>
      </w:r>
    </w:p>
    <w:p>
      <w:r>
        <w:t>Žiaden z účastníkov nemá právo na náhradu trov konania.</w:t>
      </w:r>
    </w:p>
    <w:p>
      <w:r>
        <w:t>Poučenie: Proti tomuto rozsudku odvolanie nie je prípustné ( § 368 Civilného sporového poriadku). Podľa § 221 písm. a/ Civilného sporového poriadku písomné vyhotovenie rozsudku neobsahuje odôvodnenie, keďže účastníci konania sa po vyhlásení rozsudku na pojednávaní vzdali odvolania. Manžel, ktorý prijal priezvisko druhého manžela môže do troch mesiacov od právoplatnosti výroku rozsudku o rozvode prehlásiť pred orgánom povereným viesť matriku, že opäť prijíma svoje predošlé priezvisko.</w:t>
      </w:r>
    </w:p>
    <w:p/>
    <w:p>
      <w:r>
        <w:t>Zdroj: KAUZIS.SK – https://www.kauzis.sk/judikatura/r/ECLI:SK:OSSN:2026:7626201848.4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