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36OdK/24/2025 z 28. 4. 2025</w:t>
      </w:r>
    </w:p>
    <w:p>
      <w:r>
        <w:t>Uznesenie Okresného súdu Trnava z 28. apríla 2025, sp. zn. 36OdK/24/2025, ECLI:SK:OSTT:2025:2125202808.1</w:t>
      </w:r>
    </w:p>
    <w:p>
      <w:r>
        <w:t>Súd: Okresný súd Trnava</w:t>
      </w:r>
    </w:p>
    <w:p>
      <w:r>
        <w:t>Spisová značka: 36OdK/24/2025</w:t>
      </w:r>
    </w:p>
    <w:p>
      <w:r>
        <w:t>ECLI: ECLI:SK:OSTT:2025:2125202808.1</w:t>
      </w:r>
    </w:p>
    <w:p>
      <w:r>
        <w:t>Dátum vydania: 28. 4.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Trnava 36OdK/24/2025 2125202808 28. 04. 2025 JUDr. Martin Smolko ECLI:SK:OSTT:2025:2125202808.1</w:t>
      </w:r>
    </w:p>
    <w:p>
      <w:r>
        <w:t>Uznesenie Okresný súd Trnava v právnej veci navrhovateľa – dlžníka: A. B., narodený XX.XX.XXXX, trvale bytom C. D. XXX/XX, XXX XX E. F. G., podnikajúci pod obchodným menom Vlastimil Glozmek, IČO: 44 407 653, s miestom podnikania Križovany nad Dudváhom 442/32, 919 24 Križovany nad Dudváhom, s ukončenou podnikateľskou činnosťou ku dňu 02.03.2017, zastúpený: Centrum právnej pomoci so sídlom Námestie slobody 2906/12, 851 05 Bratislava, IČO 30 798 841, Kancelária CPP v Trnave, Pekárska 11, 917 01 Trnava, o vyhlásenie konkurzu na jeho majetok, takto rozhodol: I. Vyhlasuje konkurz na majetok dlžníka: A. B., narodený XX.XX.XXXX, trvale bytom C. D. XXX/XX, XXX XX E. F. G.. II. Ustanovuje správcu: JUDr. Mária Koberová Kandalová, so sídlom kancelárie Veterná 1183/43, 931 01 Šamorín, značka správcu: S 1810. III. Vyzýva veriteľov dlžníka, aby v základnej prihlasovacej lehote do 45 dní od vyhlásenia konkurzu prihlásili svoje pohľadávky prihláškou postupom podľa § 29 ods. 1, 2, 4 až 6, 8 až 10 zákona č. 7/2005 Z.z. o konkurze a reštrukturalizácii a o zmene a doplnení niektorých zákonov v platnom znení (ďalej ako „ZKR“) elektronicky prostredníctvom na to určeného elektronického formulára (H.) do elektronickej schránky správcu a prihláška musí byť autorizovaná. Ak ide o zahraničného veriteľa podľa osobitného predpisu, prihláška sa podáva u správcu elektronicky prostredníctvom na to určeného formulára podľa osobitného predpisu. Prihláška musí byť správcovi doručená v základnej prihlasovacej lehote do 45 dní od vyhlásenia konkurzu. Ak prihlášku podáva zástupca veriteľa, plnomocenstvo vyhotovené v listinnej podobe sa doručuje elektronicky tak, že sa prevedie do elektronickej podoby a pripojí sa k prihláške; ustanovenia osobitného predpisu o zaručenej konverzii sa nepoužijú. Na prihlášky doručené správcovi neskôr sa prihliada, veriteľ však nemôže vykonávať hlasovacie právo a ďalšie práva spojené s prihlásenou pohľadávkou. Veriteľ má právo prihlásiť sa do konkurzu do času, kým správca neoznámi v Obchodnom vestníku, že ide zostaviť rozvrh výťažku. Prihláška musí byť podaná spôsobom podľa § 28 ods. 2 ZKR a musí obsahovať náležitosti podľa § 29 ods. 1 ZKR, inak sa na ňu v konkurze neprihliadne. K prihláške pohľadávky je potrebné pripojiť listiny preukazujúce v nej uvedené skutočnosti.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VI. Ukladá správcovi povinnosť bez zbytočného odkladu individuálne informovať o vyhlásení konkurzu na majetok dlžníka jeho známych veriteľov, ktorí majú svoj obvyklý pobyt, bydlisko alebo registrované sídlo v inom členskom štáte Európskej únie ako v Slovenskej republike, spôsobom v zmysle článku 54 Nariadenia Európskeho parlamentu a Rady (EÚ) 2015/848 zo dňa 20. mája 2015 o insolvenčnom konaní. VII. Správca je povinný do 60 dní od vyhlásenia konkurzu a následne vždy v lehote 15 dní od uplynutia ďalších šiestich kalendárnych mesiacov predložiť súdu podrobnú správu o priebehu konkurzu, najmä o</w:t>
      </w:r>
    </w:p>
    <w:p>
      <w:r>
        <w:t>zisťovaní majetku a o vykonaných úkonoch smerujúcich k speňaženiu majetku patriaceho do konkurznej podstaty dlžníka. VIII. Účastníkov konkurzného konania poučuje, že z dôvodov podľa § 49 Civilného sporového poriadku majú právo uplatniť námietku zaujatosti voči sudcovi, ktorý má vec prejednať a rozhodnúť, ak so zreteľom na jeho pomer k veci, k účastníkom, ich zástupcom alebo osobám zúčastneným na konaní možno mať odôvodnené pochybnosti o jeho nezaujatosti, a to najneskôr do uplynutia lehoty na prihlasovanie pohľadávok. Na námietky doručené neskôr, na opakované námietky z toho istého dôvodu, ak o nich už nadriadený súd rozhodol a na námietky týkajúce sa len okolností spočívajúcich v postupe sudcu v konaní o prejednávanej veci súd neprihliada. V námietke zaujatosti musí byť uvedené, ktorému súdu je určená, kto ju robí, ktorej veci sa týka, čo sa ňou sleduje, podpis a spisová značka konania. Ďalej proti komu smeruje, dôvod, pre ktorý má byť sudca vylúčený, kedy sa účastník uplatňujúci si námietku o dôvode vylúčenia dozvedel, dôkazy na preukázanie svojho tvrdenia, ktorých povaha to pripúšťa, okrem tých, ktoré nemôže bez svojej viny pripojiť. Na podanie, ktoré nespĺňa uvedené náležitosti súd neprihliada; v tomto prípade sa vec nadriadenému súdu nepredkladá (§ 52 ods. 2 Civilného sporového poriadku). IX. Preddavok na úhradu paušálnej odmeny a náhradu nevyhnutných nákladov spojených s výkonom správcovskej činnosti v sume 500,- eur, zložený Centrom právnej pomoci na účet Okresného súdu Trnava dňa 24.04.2025, vedený pod položkou registra 265/2025, poukazuje na účet správcu a upravuje učtáreň Okresného súdu Trnava, aby ho správcovi vyplatila, po právoplatnosti tohto rozhodnutia. odôvodnenie: 1. Návrhom na vyhlásenie konkurzu doručeným Okresnému súdu Trnava dňa 16.04.2025 sa navrhovateľ - dlžník domáhal svojho oddlženia konkurzom, s poukazom na skutočnosť, že je platobne neschopný. 2. Podľa § 3 ods. 2 veta tretia a štvrtá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167 ods. 1 ZKR, návrh na vyhlásenie konkurzu podľa tejto časti zákona je oprávnený podať dlžník, ktorý je fyzickou osobou. 5.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w:t>
      </w:r>
    </w:p>
    <w:p>
      <w:r>
        <w:t>7. Podľa § 7a vyhlášky MS SR č. 665/2005 Z.z., ktorou sa vykonávajú niektoré ustanovenia zákona č. 7/2005 Z. z. o konkurze a reštrukturalizácii a o zmene a doplnení niektorých zákonov v znení vyhlášky č. 25/2017 Z.z. (ďalej len „vyhláška“), preddavok na úhradu paušálnej odmeny a náhrada nevyhnutných nákladov spojených s výkonom správcovskej činnosti správcu v konaniach o oddlžení je 500 eur. 8. Podľa § 166j ods. 1 veta prvá ZKR, správcu ustanovuje súd na základe náhodného výberu pomocou technických a programových prostriedkov schválených ministerstvom. 9.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10. Podľa § 166j ods. 4 ZKR, súd je oprávnený požadovať od správcu vysvetlenia alebo správy o priebehu konania, ktoré je správca povinný súdu v určenej lehote poskytnúť. 11. Podľa § 3 ods. 2 zákona č. 8/2005 Z.z. o správcoch,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12. Podľa článku 3 ods. 1 nariadenia Európskeho parlamentu a Rady (EÚ) 2015/848 z 20.05.2015 o insolvenčnom konaní (ďalej len „nariadenie o insolvenčnom konaní“), právomoc začať insolvenčné konanie majú súdy členského štátu, na ktorého území sa nachádza centrum hlavných záujmov dlžníka(ďalej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13. Podľa článku 3 ods. 2 nariadenia o insolvenčnom konaní,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14. Podľa článku 4 ods. 1 nariadenia o insolvenčnom konaní,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15. Podľa článku 5 ods. 1 nariadenia o insolvenčním konaní, dlžník alebo ktorýkoľvek veriteľ môže proti rozhodnutiu o začatí hlavného insolvenčného konania podať opravný prostriedok na súde, a to na základe medzinárodnej právomoci. 16. Podľa čl. 53 nariadenia o insolvenčnom konaní, každý zahraničný veriteľ môže prihlásiť svoje pohľadávky do insolvenčného konania prostredníctvom akýchkoľvek komunikačných prostriedkov, ktoré</w:t>
      </w:r>
    </w:p>
    <w:p>
      <w:r>
        <w:t>sú prípustné podľa práva štátu, v ktorom sa začalo konanie. Na samotné prihlasovanie pohľadávok sa nevyžaduje zastúpenie advokátom alebo iným príslušníkom právnického povolania. 17. Podľa čl. 54 ods. 1 nariadenia o insolvenčnom konaní, hneď po začatí insolvenčného konania v členskom štáte súd tohto štátu s príslušnou právomocou alebo správca vymenovaný týmto súdom okamžite informuje známych zahraničných veriteľov. 18. Podľa čl. 54 ods. 2 nariadenia o insolvenčnom konaní,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19. Podľa čl. 54 ods. 3 nariadenia o insolvenčnom konaní,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20. Podľa čl. 54 ods. 4 nariadenia o insolvenčnom konaní, v insolvenčnom konaní voči fyzickej osobe, ktorá nie je samostatne zárobkovo činnou osobou, nie je použitie štandardného formulára uvedeného v tomto článku povinné, ak sa od veriteľov nevyžaduje prihlásenie ich pohľadávok na zohľadnenie týchto pohľadávok v konaní. 21. Podľa § 197 ods. 6 ZKR,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22. Súd preskúmal návrh navrhovateľa - dlžníka na vyhlásenie konkurzu na jeho majetok a zistil, že návrh spĺňa zákonom ustanovené formálne aj obsahové náležitosti návrhu na vyhlásenie konkurzu, bol podaný oprávnenou osobou, ktorá bola zastúpená, pričom súd nenadobudol pochybnosť o pravdivosti tvrdenia dlžníka, že je platobne neschopný. Spolu s návrhom bol zároveň zložený preddavok na úhradu paušálnej odmeny správcu. Súd zároveň preveril, že vyhláseniu konkurzu nebráni v minulosti vyhlásený konkurz ani určený splátkový kalendár. Vzhľadom na uvedené, súd vyhlásil podľa § 167a ods. 1 ZKR na majetok dlžníka konkurz a pri aplikácii ustanovenia § 166e ods. 1 ZKR rozhodol o jeho oddlžení - zbavil ho všetkých dlhov, ktoré môžu byť uspokojené iba v konkurze, v rozsahu, v akom nebudú v konkurze uspokojené. Súčasne súd náhodným výberom ustanovil správcu, vyzval veriteľov, aby si svoje pohľadávky uplatnili prihláškou u správcu, pričom ich stručne poučil o spôsobe prihlasovania pohľadávok a o lehote na prihlasovanie pohľadávok v konkurze. Ďalšie poučenia týkajúce sa prihlasovania pohľadávok v konkurze súd uvádza v poučení tohto uznesenia. Súd v súlade s článkom 4 nariadenia o insolvenčnom konaní na základe tvrdení dlžníka a listín, ktoré boli priložené k návrhu, dospel k záveru, že s poukazom na obvyklý pobyt dlžníka, ktorý je na území Slovenskej republiky, je na území Slovenskej republiky aj centrum hlavných záujmov dlžníka, a preto skonštatoval, že má právomoc začať hlavné insolvenčné konanie podľa článku 3 ods. 1 nariadenia o insolvenčnom konaní. 23. V rámci vedenia tohto konania uložil súd správcovi povinnosť bez zbytočného odkladu po oboznámení sa so záväzkami dlžníka informovať známych zahraničných veriteľov dlžníka, ktorí majú svoj obvyklý pobyt, bydlisko alebo registrované sídlo v inom členskom štáte ako v Slovenskej republike, vrátane daňových orgánov a orgánov sociálneho zabezpečenia členských štátov, o vyhlásení konkurzu na majetok dlžníka tak, aby mali možnosť prihlásiť svoje pohľadávky v lehote na prihlasovanie pohľadávok. Nariadenie o insolvenčnom konaní má v Slovenskej republike priame účinky.</w:t>
      </w:r>
    </w:p>
    <w:p>
      <w:r>
        <w:t>24. V rámci vedenia tohto konania súd ďalej s poukazom na § 197 ods. 6 ZKR poučuje účastníkov tohto konania o ich práve uplatniť námietku zaujatosti voči sudcovi, ktorý má vec prejednať a rozhodnúť. 25.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26. Súd zároveň vyzýva správcu, aby súdu obratom oznámil svoje bankové spojenie (č. peňažného účtu vo forme IBAN a názov peňažného ústavu), aby preddavok mohol byť bez zbytočného odkladu súdom poukázaný. 27. S ohľadom na vyššie uvedené, súd rozhodol tak, ako je uvedené vo výrokovej časti tohto uznesenia. Poučenie: Proti tomuto uzneseniu odvolanie nie je prípustné. Rozhodnutie o začatí hlavného insolvenčného konania môže na základe článku 5 ods. 1 nariadenia Európskeho parlamentu a Rady (EÚ) 2015/848 z 20.05.2015 o insolvenčnom konaní, napadnúť dlžník alebo ktorýkoľvek veriteľ, a to z dôvodu, že súd nemal právomoc začať hlavné insolvenčné konanie. Ak súd zistí, že dlžník nemá na území Slovenskej republiky centrum hlavných záujmov, konanie zastaví. Vyhlásením konkurzu sa začína konkurz. Konkurz sa považuje za vyhlásený zverejnením rozhodnutia o vyhlásení konkurzu v Obchodnom vestníku. Uznesenie o vyhlásení konkurzu sa považuje za zverejnené nasledujúci deň po zverejnení uznesenia o vyhlásení konkurzu v obchodnom vestníku. V konkurze sa prihláškou uplatňujú pohľadávky uvedené v § 166a písm. a), b) a c) ZKR, a to aj pohľadávky, ktoré už boli uplatnené na súde, ako aj pohľadávky vykonateľné, vrátene tých, ktoré sú vymáhané výkonom rozhodnutia alebo exekúciou. Uplatniť v konkurze prihláškou možno aj oddlžením nedotknuté pohľadávky.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Pre každú zabezpečenú pohľadávku musí byť podaná samostatná prihláška s uvedením zabezpečenej sumy, druhu, poradia, predmetu a právneho dôvodu vzniku zabezpečovacieho práva (§ 29 ods. 2 ZKR). Ak sa zabezpečená pohľadávka v konkurze neprihlási, zabezpečený veriteľ je oprávnený domáhať sa uspokojenia zabezpečenej pohľadávky iba z predmetu zabezpečovacieho práva, ibaže bolo oddlženie zrušené pre nepoctivý zámer dlžníka. V konkurze môže svoje práva uplatniť prihláškou aj ten, kto by s poukazom na výhradu vlastníctva mohol inak žiadať vylúčenie veci zo súpisu alebo ten, kto dlžníkovi prenajal vec za dohodnuté nájomné na dobu určitú, s cieľom prevodu prenajatej veci do vlastníctva dlžníka. Takíto veritelia právo uplatňujú v konkurze rovnako, ako by uplatňovali zabezpečovacie právo. Takýto veriteľ prihláškou poveruje správcu na súpis a speňaženie veci s výhradou vlastníctva. Na postavenie takéhoto veriteľa sa použijú primerane ustanovenia upravujúce postavenie zabezpečeného veriteľa (§ 29 ods. 9 a 10 ZKR). Podanie, ktorým bola uplatnená pohľadávka, ktorá sa v konkurze uplatňuje prihláškou, nemožno opraviť ani doplniť (§ 30 ods. 2 ZKR).</w:t>
      </w:r>
    </w:p>
    <w:p>
      <w:r>
        <w:t>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Veriteľ, ktorý je účtovnou jednotkou, v prihláške uvedie vyhlásenie, či o pohľadávke účtuje v účtovníctve, v akom rozsahu, prípadne dôvody, prečo o pohľadávke v účtovníctve neúčtuje (§ 29 ods. 6 ZKR).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Podľa § 166a ods. 1 ZKR, ak tento zákon neustanovuje inak (§ 166b a 166c), len v konkurze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166e ods. 3 ZKR, pohľadávka, ktorá sa v dôsledku oddlženia stala voči dlžníkovi nevymáhateľná, je aj naďalej vymáhateľná voči ručiteľovi alebo inej osobe, ktorá pohľadávku voči dlžníkovi zabezpečuje.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Podľa § 166e ods. 5 ZKR, ak došlo k oddlženiu, konkurz vyhlásený na majetok dlžníka nie je prekážkou prevádzkovania živnosti podľa osobitného predpisu.</w:t>
      </w:r>
    </w:p>
    <w:p>
      <w:r>
        <w:t>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Podľa § 166g ods. 5 ZKR, poctivý zámer dlžníka súd skúma iba v konaní o návrhu na zrušenie oddlženia pre nepoctivý zámer. V konkurznom konaní ani v konaní o určení splátkového kalendára súd poctivý zámer dlžníka neskúma.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Podľa § 166f ods. 2 ZKR, právoplatné rozhodnutie o zrušení oddlženia je účinné voči všetkým. Iné rozhodnutie o návrhu na zrušenie oddlženia nie je prekážkou, aby sa rozhodovalo o novom návrhu zrušenie oddlženia, ak je podaný iným veriteľom alebo sú tu nové dôkazy, ktoré poctivý zámer dlžníka vylučujú.</w:t>
      </w:r>
    </w:p>
    <w:p>
      <w:r>
        <w:t>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Podľa § 166f ods. 5 ZKR, právoplatné rozhodnutie o zrušení oddlženia je rozhodnutím o vylúčení podľa§ 13a Obchodného zákonníka.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https://www.kauzis.sk/judikatura/r/ECLI:SK:OSTT:2025:2125202808.1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