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2Nt/12/2024 z 12. 6. 2024</w:t>
      </w:r>
    </w:p>
    <w:p>
      <w:r>
        <w:t>Uznesenie Okresného súdu Vranov nad Topľou z 12. júna 2024, sp. zn. 2Nt/12/2024, ECLI:SK:OSVT:2024:8124010688.2</w:t>
      </w:r>
    </w:p>
    <w:p>
      <w:r>
        <w:t>Súd: Okresný súd Vranov nad Topľou</w:t>
      </w:r>
    </w:p>
    <w:p>
      <w:r>
        <w:t>Spisová značka: 2Nt/12/2024</w:t>
      </w:r>
    </w:p>
    <w:p>
      <w:r>
        <w:t>ECLI: ECLI:SK:OSVT:2024:8124010688.2</w:t>
      </w:r>
    </w:p>
    <w:p>
      <w:r>
        <w:t>Dátum vydania: 12. 6.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2Nt/12/2024 8124010688 12. 06. 2024 Mgr. Marcela Holubová ECLI:SK:OSVT:2024:8124010688.2</w:t>
      </w:r>
    </w:p>
    <w:p>
      <w:r>
        <w:t>Uznesenie Okresný súd Vranov nad Topľou predsedníčkou senátu Mgr. Marcelou Holubovou v trestnej veci odsúdeného D. Š., F.. XX.X.XXXX, o návrhu zdravotníckeho zariadenia na ukončenie ochranného protitoxikomanického liečenia ambulantnou formou, takto rozhodol: Podľa § 448 ods. 2 Trestného poriadku v spojení s § 74 ods. 2 Trestného zákona (veta prvá) ochranné protitoxikomanické liečenie ambulantnou formou u odsúdeného D. Š., F.. XX.X.XXXX v H., trvale bytom J. XXXXX/XX, H., okres Prešov, uložené Rozsudkom Okresného súdu Prešov zo dňa 6.12.2017, č.k. 6T/96/2017 - 1360, v spojení s Uznesením Okresného súdu Prešov zo dňa 24.7.2020, č.k. 1Nt/5/2020 28, v spojení s Uznesením Okresného súdu Košice II zo dňa 25.5.2022, č.k. 4Nt/17/2022 - 8, z dôvodu splnenia účelu liečby ukončuje. odôvodnenie: Okresný súd Prešov v konaní sp.zn. 5Nt/11/2024, v zmysle § 448 ods. 2 Trestného poriadku postúpil Okresnému súdu Vranov nad Topľou ako vecne a miestne príslušnému súdu, návrh Neštátneho zdravotníckeho zariadenia B. B. J..S..Z.., H. I. E.. C. T., H.., E..S..Š.F. XXXX, R. F. Q., O.: XX XXX XXX, na rozhodnutie o ukončení ochranného protitoxikomanického liečenia ambulantnou formou z dôvodu splnenia účelu liečby u odsúdeného D. Š., F.. XX.X.XXXX, trvale bytom Stavbárska 11093/30, Prešov, uloženého v konaní vedenom Okresným súdom Prešov pod sp.zn. 6T/96/2017, o postúpení veci upovedomil zdravotnícke zariadenie. Postúpené podanie spolu s pripojeným spisom sp.zn. 6T/96/2017, bolo Okresnému súdu Vranov nad Topľou doručené dňa 31.5.2024, konanie je ďalej vedené pod sp.zn. 2Nt/12/2024. Z obsahu pripojeného spisu bolo zistené, že Rozsudkom Okresného súdu Prešov zo dňa 6.12.2017, sp.zn. 6T/96/2017, bolo obvinenému D. Š. (ďalej len odsúdený), za obzvlášť závažný zločin nedovolenej výroby omamných a psychotropných látok, jedov alebo prekurzorov, ich držanie a obchodovanie s nimi vo forme spolupáchateľstva podľa § 20 k § 172 ods. 1 písm. c), písm. d), ods. 2 písm. c) Trestného zákona s poukazom na ustanovenie § 138 písm. b), písm. j) Trestného zákona, popri treste odňatia slobody v trvaní 6 rokov a 8 mesiacov nepodmienečne, so zaradením do ústavu s minimálnym stupňom stráženia, treste prepadnutia veci, ochrannom dohľade na dobu 2 roky, uložené aj ochranné protitoxikomanické liečenie ústavnou formou podľa § 73 ods. 2 písm. d) Trestného zákona z dôvodu spáchania trestného činu pod vplyvom návykovej látky alebo v súvislosti s jej užívaním. Uznesením Okresného súdu Prešov zo dňa 24.7.2020, sp.zn. 1Nt/5/2020, bol v trestnej veci Okresného súdu Prešov sp.zn. 6T/96/2017 odsúdenému zmenený spôsob výkonu ochranného protitoxikomanického liečenia z ústavnej formy na ambulantnú formu. Po zmene spôsobu výkonu ochranného liečenia, bol odsúdenému výkon ochranného protitoxikomanického liečenia ambulantnou formou nariadený dňa 10.8.2020 popri výkone nepodmienečného trestu odňatia slobody sp.zn. 6T/96/2017 v Ústave na výkon trestu odňatia slobody</w:t>
      </w:r>
    </w:p>
    <w:p>
      <w:r>
        <w:t>Košice - Šaca (ďalej len ÚVV a ÚVTOS). Odsúdený výkon ochranného liečenia nastúpil dňa 3.3.2022 na Úseku ochranných liečení Zdravotníckeho zariadenia ÚVTOS Košice - Šaca, ochranná liečba bola vykonávaná v období od 3.3.2022 do 26.5.2022, po ukončení ktorej bol dňa 31.5.2022 k ďalšiemu výkonu trestu vrátený do ÚVV a ÚVTOS Prešov - Oddelenie výkonu trestu Sabinov. Po dobu výkonu ochranného protitoxikomanického liečenia ambulantnou formou, bolo zároveň Uznesením Okresného súdu Košice II zo dňa 25.5.2022, sp.zn. 4Nt/17/2022, rozhodnuté, že v trestnej veci Okresného súdu Prešov sp.zn. 6T/96/2017 bude odsúdený pokračovať v ochrannom protitoxikomanickom liečení ambulantnou formu po skončení výkonu trestu odňatia slobody po prepustení na slobodu. Uznesením Okresného súdu Prešov zo dňa 1.7.2022, sp.zn. 3PP/55/2022, bol odsúdený podmienečne prepustený z výkonu trestu odňatia slobody v trestnej veci Okresného súdu Prešov sp.zn. 6T/96/2017, pri určení skúšobnej doby v trvaní 4 roky, nariadení probačného dohľadu v trvaní 1 rok, uložení povinnosti v skúšobnej dobe sa zamestnať alebo sa preukázateľne uchádzať o zamestnanie, odsúdený bol na slobodu podmienečne prepustený dňa 1.7.2022. Po prepustení na slobodu, odsúdený na výzvu Okresného súdu Prešov dňa 18.7.2022 oznámil, že je v starostlivosti Psychiatrickej ambulancie E.. C. T., H.., čo potvrdila aj ošetrujúca lekárka v správe zo dňa 20.7.2022, v ochrannom liečení chce pokračovať v tejto ambulancii. Na základe tohto oznámenia, bol odsúdenému výkon ochranného protitoxikomanického liečenia ambulantnou formou nariadený dňa 20.7.2022 v Neštátnom zdravotníckom zariadení B. B. J..S..Z.., R. H. I. E.. C. T., H.., E..S..Š. XXXX, R. F. Q., O.: XX XXX XXX, k čomu ošetrujúca lekárka v správe zo dňa 3.4.2023 oznámila, že s výkonom ochranného liečenia sa začalo dňa 19.7.2022, na poslednej kontrole bol odsúdený dňa 21.3.2023, vzhľadom na dovtedajší priebeh liečba plnila svoj účel. Na výzvu Okresného súdu Prešov zo dňa 11.4.2024 k ďalšiemu priebehu ochranného protitoxikomanického liečenia, ošetrujúca lekárka E.. C. T., H.., v správe zo dňa 29.4.2024, oznámila, že odsúdený sa pravidelne dostavoval na určené kontroly, v rámci ktorých bol pravidelne kontrolovaný toxikologickým vyšetrením na psychoaktívne látky s negatívnym výsledkom. Z dôvodu, že ochranné liečenie splnilo svoj účel navrhla jeho ukončenie, správa bola okresnému súdu doručená dňa 9.5.2024, s následným postúpením návrhu na rozhodnutie Okresnému súdu Vranov nad Topľou doručeným dňa 31.5.2024. Podľa § 291 Trestného poriadku na verejnom zasadnutí rozhoduje súd, ak to zákon výslovne ustanovuje. Podľa § 448 ods. 2 Trestného poriadku o prepustení z ochranného liečenia alebo o jeho ukončení rozhodne na návrh prokurátora, obvineného, zdravotníckeho zariadenia alebo riaditeľa ústavu na výkon trestu odňatia slobody alebo nemocnice pre obvinených a odsúdených alebo aj bez takého návrhu predseda senátu súdu, v ktorého obvode sa ochranné liečenie vykonáva; ak rozhoduje na návrh prokurátora, zdravotníckeho zariadenia alebo riaditeľa ústavu na výkon trestu odňatia slobody alebo nemocnice pre obvinených a odsúdených o prepustení z ústavného ochranného liečenia alebo o jeho ukončení, rozhodne najneskôr do desiatich pracovných dní od doručenia návrhu súdu. Podľa § 73 ods. 2 písm. d) Trestného zákona súd môže uložiť ochranné liečenie aj vtedy, ak páchateľ spáchal trestný čin pod vplyvom návykovej látky alebo v súvislosti s jej užívaním. Podľa § 130 ods. 5 Trestného zákona návykovou látkou sa na účely tohto zákona rozumie alkohol, omamné látky, psychotropné látky a ostatné látky spôsobilé nepriaznivo ovplyvniť psychiku človeka alebo jeho ovládacie alebo rozpoznávacie schopnosti, alebo sociálne správanie. Podľa § 74 ods. 1 Trestného zákona ak sa ochranné liečenie ukladá popri nepodmienečnom treste odňatia slobody, jeho výkon sa spravidla začína po nástupe výkonu trestu v ústave na výkon trestu. V ostatných prípadoch sa ochranné liečenie vykonáva spravidla v zariadení ústavnej zdravotnej starostlivosti. Ak možno vzhľadom na povahu choroby a liečebné možnosti očakávať, že účel splní aj ambulantné liečenie, môže súd nariadiť aj tento spôsob liečenia, prípadne ústavné liečenie zmeniť na ambulantné liečenie alebo v odôvodnenom prípade aj naopak. Ak dĺžka výkonu trestu odňatia slobody</w:t>
      </w:r>
    </w:p>
    <w:p>
      <w:r>
        <w:t>v ústave na výkon trestu nepostačí na splnenie účelu ochranného liečenia, súd môže rozhodnúť o jeho pokračovaní v liečebnom alebo ambulantnom zariadení. Podľa § 74 ods. 2 Trestného zákona (veta prvá) ochranné liečenie potrvá, kým to vyžaduje jeho účel. Pretože sa odsúdený pravidelne podroboval súdom nariadenej ochrannej protitoxikomanickej liečbe, počas pravidelných ambulantných kontrol nebolo zistené porušenie liečebného režimu a liečba tak splnila svoj účel, súd návrhu zdravotníckeho zariadenia na ukončenie ochranného liečenia u odsúdeného vyhovel a rozhodol o ukončení tak, ako je uvedené vo výrokovej časti tohto uznesenia. Ukončením ochranného liečenia súdom nie je odsúdenému odňatá možnosť dobrovoľne pokračovať v liečbe v prípade, ak si to jeho zdravotný stav bude do budúcna vyžadovať. Poučenie: P o u č e n i e : Proti tomuto uzneseniu je prípustná sťažnosť do 3 (troch) pracovných dní odo dňa jeho doručenia na Krajský súd v Prešove prostredníctvom Okresného súdu Vranov nad Topľou, ktorá má v prípade, ak ju podá prokurátor proti uzneseniu o prepustení z ochranného liečenia alebo ukončení ochranného liečenia, odkladný účinok.</w:t>
      </w:r>
    </w:p>
    <w:p/>
    <w:p>
      <w:r>
        <w:t>Zdroj: KAUZIS.SK – https://www.kauzis.sk/judikatura/r/ECLI:SK:OSVT:2024:8124010688.2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