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7P/89/2024 z 20. 11. 2024</w:t>
      </w:r>
    </w:p>
    <w:p>
      <w:r>
        <w:t>Rozsudok Okresného súdu Vranov nad Topľou z 20. novembra 2024, sp. zn. 7P/89/2024, ECLI:SK:OSVT:2024:8224202298.4</w:t>
      </w:r>
    </w:p>
    <w:p>
      <w:r>
        <w:t>Súd: Okresný súd Vranov nad Topľou</w:t>
      </w:r>
    </w:p>
    <w:p>
      <w:r>
        <w:t>Spisová značka: 7P/89/2024</w:t>
      </w:r>
    </w:p>
    <w:p>
      <w:r>
        <w:t>ECLI: ECLI:SK:OSVT:2024:8224202298.4</w:t>
      </w:r>
    </w:p>
    <w:p>
      <w:r>
        <w:t>Dátum vydania: 20.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7P/89/2024 8224202298 20. 11. 2024 JUDr. Martina Melníková ECLI:SK:OSVT:2024:8224202298.4</w:t>
      </w:r>
    </w:p>
    <w:p>
      <w:r>
        <w:t>ROZSUDOK V MENE SLOVENSKEJ REPUBLIKY Okresný súd Vranov nad Topľou sudkyňou JUDr. Martinou Melníkovou v právnej veci starostlivosti súdu o maloletého, mal. A. B., nar. XX.XX.XXXX, bytom pri otcovi, zastúpený kolíznym opatrovníkom Úradom práce, sociálnych vecí a rodiny vo Vranove nad Topľou, odbor sociálnych vecí a rodiny, oddelenie sociálnoprávnej ochrany detí a sociálnej kurately, so sídlom Námestie slobody 5, Vranov nad Topľou, na návrh otca: C. B., nar. XX.XX.XXXX, bytom D. XX, okr. E. F. G., štátny občan Slovenskej republiky, za účasti matky: H. I., nar. XX.XX.XXXX, bytom J. XX, okr. K., štátny občan Slovenskej republiky, právne zastúpená: Advokátska kancelária Mgr. Peter Baran, Nám. SNP 538/16, 091 01 Stropkov, IČO: 50280899, o zvýšenie výživného na maloleté dieťa, takto rozhodol: Súd s c h v a ľ u j e rodičovskú dohodu v tomto znení: I. Súd m e n í VI. výrok rozsudku Okresného súdu Svidník sp. zn. 3P/12/2014 zo dňa 05.06.2014 a to tak, že sa z v y š u j e výživné na maloletého A. B., nar. XX.XX.XXXX zo sumy 30,- eur mesačne na sumu 110,- eur mesačne počnúc dňom 01.09.2024, ktoré matka je povinná platiť k rukám otca do 15.dňa mesiaca vopred. I. Dlžné výživné od 01.09.2024 do 30.11.2024 vo výške 150,- eur matka sa k rukám otca mal. A. do 30.11.2024.</w:t>
      </w:r>
    </w:p>
    <w:p>
      <w:r>
        <w:t>z a v ä z u j e zaplatiť</w:t>
      </w:r>
    </w:p>
    <w:p>
      <w:r>
        <w:t>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w:t>
      </w:r>
    </w:p>
    <w:p>
      <w:r>
        <w:t>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https://www.kauzis.sk/judikatura/r/ECLI:SK:OSVT:2024:8224202298.4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