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9Er/97/2005 z 9. 12. 2024</w:t>
      </w:r>
    </w:p>
    <w:p>
      <w:r>
        <w:t>Uznesenie Okresného súdu Vranov nad Topľou z 9. decembra 2024, sp. zn. 9Er/97/2005, ECLI:SK:OSVT:2024:8805201630.4</w:t>
      </w:r>
    </w:p>
    <w:p>
      <w:r>
        <w:t>Súd: Okresný súd Vranov nad Topľou</w:t>
      </w:r>
    </w:p>
    <w:p>
      <w:r>
        <w:t>Spisová značka: 9Er/97/2005</w:t>
      </w:r>
    </w:p>
    <w:p>
      <w:r>
        <w:t>ECLI: ECLI:SK:OSVT:2024:8805201630.4</w:t>
      </w:r>
    </w:p>
    <w:p>
      <w:r>
        <w:t>Dátum vydania: 9. 12.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9Er/97/2005 8805201630 09. 12. 2024 JUDr. Viktória Petrová ECLI:SK:OSVT:2024:8805201630.4</w:t>
      </w:r>
    </w:p>
    <w:p>
      <w:r>
        <w:t>Uznesenie Okresný súd Vranov nad Topľou v exekučnej veci oprávneného: Všeobecná zdravotná poisťovňa, a.s., so sídlom v Bratislave, pobočka Vranov nad Topľou, Hronského 1166, 093 01 Vranov nad Topľou, IČO: 35 937 874 proti povinnému: VIMPEX TRADE s.r.o., Mlynská 1346, 093 01 Vranov nad Topľou, IČO: 36459640, o vymoženie 1.669,82 Eur s príslušenstvom, súdnym exekútorom JUDr. Štefanom Šviderským, PhD., Exekútorský úrad Vranov nad Topľou, takto rozhodol: I. Súd námietky oprávneného proti upovedomeniu o zastavení starej exekúcie EX 425/2005 z a m i e t a. odôvodnenie: 1. Na základe návrhu oprávneného a poverenia Okresného súdu Vranov nad Topľou zo dňa 24.03.2005 začal súdny exekútor exekúciu o vymoženie 1.669,82 eur s príslušenstvom. (50.305,00 Sk s prísl.) 2. Súdny exekútor v predmetnej veci vydal dňa 18.02.2020 upovedomenie o zastavení starej exekúcie EX 425/2005 v zmysle zákona č. 233/2019 Z. z. o ukončení niektorých exekučných konaní a o zmene a doplnení niektorých zákonov (ďalej len „ZoUNEK“). 3. Následne boli súdnemu exekútorovi v zákonnej lehote doručené námietky oprávneného proti upovedomeniu o zastavení starej exekúcie, ktoré súdny exekútor predložil na rozhodnutie súdu. 4. Oprávnený vo svojich námietkach proti upovedomeniu o zastavení starej exekúcie uviedol, že upovedomenie o zastavení starej exekúcie bolo vydané v rozpore so zákonom č. 233/2019 Z. z., pretože obsahuje chybné označenie oprávneného. Pohľadávka bola postúpená na spoločnosť VERITEĽ, a.s. na základe zmluvy zo dňa 09.12.2005 a následne zmluvou o postúpení pohľadávok na spoločnosť Slovenská konsolidačná, a.s.. V čase postúpenia predmetnej pohľadávky platná právna úprava nevyžadovala na zmenu účastníka konania podanie návrhu na zmenu. Oprávnený preto navrhol napadnuté upovedomenie o zastavení starej exekúcie zrušiť v celom rozsahu. 5. Podľa § 7 ods. 1 ZoUNEK, proti upovedomeniu o zastavení starej exekúcie, ktoré bolo vydané v rozpore s týmto zákonom, môže oprávnený podať do 30 dní od jeho doručenia u exekútora námietky. Námietky proti paušálnym trovám nie sú prípustné. 6. Nakoľko oprávnený podal námietky včas, súd pristúpil k preskúmaniu dôvodov v nich uvádzaných. 7.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w:t>
      </w:r>
    </w:p>
    <w:p>
      <w:r>
        <w:t>8. Podľa § 2 ods. 2 ZoUNEK, stará exekúcia sa podľa odseku 1 písm. a) nezastavuje, ak ide o a)vymoženie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9. Podľa § 3 ZoUNEK, rozhodnou dobou je doba piatich rokov. Rozhodná doba plynie odo dňa doručenia prvotného poverenia na vykonanie exekúcie súdnemu exekútorovi, ak § 4 neustanovuje inak; na zmenu exekútora sa neprihliada. Ak v rozhodnej dobe nedošlo k vymoženiu celého vymáhaného nároku, platí, že sa nezistil majetok, ktorý by stačil aspoň na úhradu trov starej exekúcie. 10. Podľa § 37 ods. 1 Exekučného poriadku, účastníkmi exekučného konania sú oprávnený a povinný. Ak súd rozhoduje o trovách exekúcie, účastníkom konania je aj poverený exekútor. 11. Podľa § 37 ods. 3 zákona č. 233/1995 Z. z. o súdnych exekútoroch a exekučnej činnosti a o zmene a doplnení ďalších zákonov v znení účinnom do 31. marca 2017 (ďalej len "Exekučný poriadok"),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12. Podľa § 9a ods. 1 zákona č. 233/1995 Z. z. o súdnych exekútoroch a exekučnej činnosti a o zmene a doplnení ďalších zákonov v znení účinnom do 31. marca 2017 (ďalej len "Exekučný poriadok"), ak to povaha veci nevylučuje, v konaní podľa tohto zákona sa primerane použijú ustanovenia Civilného sporového poriadku. 13. Podľa § 237 ods. 1 zákona č. 160/2015 Z.z. Civilného sporového poriadku (ďalej len "CSP"), súd je viazaný uznesením, len čo ho vyhlásil; ak nebolo vyhlásené, len čo ho vydal. 14. Po preskúmaní námietok podaných oprávneným je nevyhnutné skonštatovať, že oprávnený v nich neuviedol žiaden dôvod, pre ktorý by bolo možné upovedomenie o zastavení exekúcie vyhlásiť za vydané v rozpore so ZoUNEK. V uvedenom rozsahu treba poukázať na to, že exekútor vystupuje v pozícii tzv. predĺženej ruky štátu, teda je plne kompetentný vyhodnotiť podmienky uložené zákonom. V danom prípade sa jedná o tzv. starú exekúciu (začatú pred 1 .aprílom 2017), kde súdny exekútor po preskúmaní všetkých zákonných podmienok vrátané tzv. absolútnych či relatívnych výnimiek (§ 2 ZoUNEK) vydal upovedomenie o zastavení starej exekúcie. Uvedené upovedomenie bolo oprávnenému odoslané pred uplynutím lehoty 120 resp. 180 dní od splnenia zákonných podmienok pre zastavenie exekúcie (ex lege). 15. Ak dôjde k prevodu alebo prechodu práv a povinností z exekučného titulu po začatí exekučného konania, je exekučný súd podľa Exekučného poriadku ako právneho predpisu lex specialis povinný uznesením rozhodnúť o zmene účastníka. Súd v zásade rozhoduje po začatí exekučného konania o pripustení zmeny účastníka konania v prípade, ak je podaný návrh na pripustenie takejto zmeny súdnym exekútorom, pričom súdny exekútor tento návrh podáva na základe oznámenia účastníkmi exekučného konania o tom, že nastala skutočnosť, na základe ktorej došlo k prevodu alebo prechodu práv alebo</w:t>
      </w:r>
    </w:p>
    <w:p>
      <w:r>
        <w:t>povinností vyplývajúcich z exekučného titulu. Súd uvádza, že k dnešnému dňu nebol predložený žiaden návrh na zmenu účastníka konania a v súdnom spise ním nedisponuje. Procesne legitimovaným subjektom je preto naďalej súčasný oprávnený. Prevod pohľadávky vymáhanej v konaní má pôvodný oprávnený oznámiť a preukázať súdnemu exekútorovi v zmysle § 37 Exekučného poriadku v znení účinnom do 31.3.2017. Až následne je exekútor povinný predložiť súdu návrh na pripustenie zmeny účastníka konania. Keďže návrh súdu predložený nebol, nemohol o ňom ani zákonite rozhodnúť. 16. K námietke oprávneného týkajúcej sa toho, že platná právna úprava v čase postúpenia pohľadávky nevyžadovala na zmenu účastníka konania podanie návrhu na zmenu súd uvádza, že Exekučný poriadok v znení účinnom do 31. 8. 2005 upravoval zmenu účastníka konania tak, že neobsahoval osobitne procesný postup exekučného súdu v prípade prevodu alebo prechodu práv alebo povinností. Ustanovenie § 37 ods. 4 Exekučného poriadku v znení účinnom do 31. 8. 2005 znelo: "Prechod povinnosti alebo práva možno preukázať len listinou vydanou alebo overenou oprávneným orgánom, ak nevyplýva priamo z právneho predpisu.". Z uvedenej právnej úpravy vyplývala dovtedajšia prax a teda, že ak došlo k prevodu alebo prechodu práva alebo povinnosti z exekučného titulu na inú osobu postačovalo súdnemu exekútorovi predložiť listinu, ktorá túto skutočnosť preukazovala a o zmene účastníka konania exekučný súd nerozhodoval. Súdny exekútor následne preukazoval svoje oprávnenie vykonávať exekúcie predložením poverenia na vykonanie exekúcie ku ktorému pripájal listinu z ktorej zmena vyplývala. Zmeny vykonané v ustanovení § 37 Exekučného poriadku zákonom číslo 341/2005 Z.z. sa podľa prechodného ustanovenia § 238 ods.1 dotýkajú aj konaní začatých pred 1. 9. 2005 a to tým spôsobom, že na konania začaté pred 1. 9. 2005, je nutné aplikovať ustanovenie § 37 ods. 3 Exekučného poriadku v znení účinnom do 31.08. 2005 a ustanovenia § 37 ods. 4 a 5 v znení účinnom od 1.9. 2005. Zo znenia § 37 ods. 4 Exekučného poriadku tak vyplýva, že o pripustení zmeny účastníka konania rozhoduje exekučný súd uznesením aj v tých konaniach, ktoré sa začali pred 1.9. 2005. 17. V prípade, ak bola postúpená pohľadávka vymáhaná v exekúcii na iného oprávneného a nedošlo k zmene účastníka konania na strane oprávneného, t. j. neexistuje rozhodnutie súdu o pripustení zmeny účastníka konania na strane oprávneného ktorým by bol súd v zmysle § 237 ods. 1 CSP viazaný, oprávneným naďalej ostáva pôvodný oprávnený, v tomto prípade Všeobecná zdravotná poisťovňa, a.s.. Oprávnený je účastníkom konania aj bez toho, aby bol nositeľom hmotného práva z vymáhaného exekučného titulu. 18. Z uvedených dôvodov súd námietky oprávneného proti upovedomeniu o zastavení starej exekúcie zamietol ako nedôvodné. 19. S poukazom na ustanovenie § 8 ods. 1 ZoUNEK sa nadobudnutím právoplatnosti tohto uznesenia exekučné konanie končí.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https://www.kauzis.sk/judikatura/r/ECLI:SK:OSVT:2024:8805201630.4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